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CE0B3D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3EF8227E" w:rsidR="00CE0B3D" w:rsidRPr="00826E2C" w:rsidRDefault="00CE0B3D" w:rsidP="00CE0B3D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§7.1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2AFDFDD9" w:rsidR="00CE0B3D" w:rsidRPr="00826E2C" w:rsidRDefault="00CE0B3D" w:rsidP="00CE0B3D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§7.2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3B7D492E" w:rsidR="00CE0B3D" w:rsidRPr="00826E2C" w:rsidRDefault="00CE0B3D" w:rsidP="00CE0B3D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§7.3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084CE65A" w:rsidR="00CE0B3D" w:rsidRPr="00826E2C" w:rsidRDefault="00CE0B3D" w:rsidP="00CE0B3D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sz w:val="40"/>
                <w:szCs w:val="40"/>
              </w:rPr>
              <w:t>§7.4</w:t>
            </w:r>
          </w:p>
        </w:tc>
      </w:tr>
    </w:tbl>
    <w:p w14:paraId="3B4B6FAD" w14:textId="772A79F3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497CBB" w:rsidRPr="00726AA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FD5857F" w14:textId="6C065138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Bereken exact de afstand tussen de cirkel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c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-6)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=17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het pu</w:t>
            </w:r>
            <w:proofErr w:type="spellStart"/>
            <w:r w:rsidRPr="00CE0B3D">
              <w:rPr>
                <w:sz w:val="26"/>
                <w:szCs w:val="26"/>
                <w:lang w:val="nl-NL"/>
              </w:rPr>
              <w:t>nt</w:t>
            </w:r>
            <w:proofErr w:type="spellEnd"/>
            <w:r w:rsidRPr="00CE0B3D">
              <w:rPr>
                <w:sz w:val="26"/>
                <w:szCs w:val="26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A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(4,3)</m:t>
              </m:r>
            </m:oMath>
          </w:p>
        </w:tc>
        <w:tc>
          <w:tcPr>
            <w:tcW w:w="4727" w:type="dxa"/>
            <w:shd w:val="clear" w:color="auto" w:fill="FFF2CC"/>
          </w:tcPr>
          <w:p w14:paraId="0D6F123C" w14:textId="4966C15C" w:rsidR="00497CBB" w:rsidRPr="00726AAB" w:rsidRDefault="00497CBB" w:rsidP="00497CBB">
            <w:pPr>
              <w:spacing w:after="200" w:line="276" w:lineRule="auto"/>
              <w:jc w:val="center"/>
              <w:rPr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Gegeven zijn de lijnen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k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r>
                <w:rPr>
                  <w:rFonts w:ascii="Cambria Math" w:hAnsi="Cambria Math"/>
                  <w:sz w:val="26"/>
                  <w:szCs w:val="26"/>
                </w:rPr>
                <m:t>y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=1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 xml:space="preserve">+1 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en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l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r>
                <w:rPr>
                  <w:rFonts w:ascii="Cambria Math" w:hAnsi="Cambria Math"/>
                  <w:sz w:val="26"/>
                  <w:szCs w:val="26"/>
                </w:rPr>
                <m:t>y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=-</m:t>
              </m:r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+1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. </w:t>
            </w:r>
            <w:r w:rsidRPr="00A21632">
              <w:rPr>
                <w:sz w:val="26"/>
                <w:szCs w:val="26"/>
              </w:rPr>
              <w:t xml:space="preserve">Bereken exact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∠(k,l)</m:t>
              </m:r>
            </m:oMath>
          </w:p>
        </w:tc>
        <w:tc>
          <w:tcPr>
            <w:tcW w:w="4728" w:type="dxa"/>
            <w:shd w:val="clear" w:color="auto" w:fill="DDEBF7"/>
          </w:tcPr>
          <w:p w14:paraId="0614D58B" w14:textId="77777777" w:rsidR="00497CBB" w:rsidRPr="00CE0B3D" w:rsidRDefault="00497CBB" w:rsidP="00497CBB">
            <w:pPr>
              <w:jc w:val="center"/>
              <w:rPr>
                <w:sz w:val="26"/>
                <w:szCs w:val="26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Als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A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(3,5)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B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(7,12)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dan geldt dat </w:t>
            </w:r>
          </w:p>
          <w:p w14:paraId="791B4B01" w14:textId="6850F748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d(A,B)=</m:t>
                </m:r>
              </m:oMath>
            </m:oMathPara>
          </w:p>
        </w:tc>
      </w:tr>
      <w:tr w:rsidR="00497CBB" w:rsidRPr="00CE0B3D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3F5A1E1" w14:textId="052B716E" w:rsidR="00497CBB" w:rsidRPr="006B55BD" w:rsidRDefault="00497CBB" w:rsidP="00497CBB">
            <w:pPr>
              <w:jc w:val="center"/>
              <w:rPr>
                <w:sz w:val="28"/>
                <w:szCs w:val="28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Een cirkel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c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 xml:space="preserve"> 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heeft middelpunt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-1,3</m:t>
                  </m:r>
                </m:e>
              </m:d>
            </m:oMath>
            <w:r w:rsidRPr="00CE0B3D">
              <w:rPr>
                <w:sz w:val="26"/>
                <w:szCs w:val="26"/>
                <w:lang w:val="nl-NL"/>
              </w:rPr>
              <w:t xml:space="preserve"> en straal 5. </w:t>
            </w:r>
            <w:proofErr w:type="spellStart"/>
            <w:r>
              <w:rPr>
                <w:sz w:val="26"/>
                <w:szCs w:val="26"/>
              </w:rPr>
              <w:t>Geef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cirkelvergelijking</w:t>
            </w:r>
            <w:proofErr w:type="spellEnd"/>
          </w:p>
        </w:tc>
        <w:tc>
          <w:tcPr>
            <w:tcW w:w="4727" w:type="dxa"/>
            <w:shd w:val="clear" w:color="auto" w:fill="E2EFDA"/>
          </w:tcPr>
          <w:p w14:paraId="514FDE8C" w14:textId="6EAB4E7E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Stel een vergelijking op van de lijn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k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die 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c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-6)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=17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nl-NL"/>
                </w:rPr>
                <m:t xml:space="preserve"> 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raakt in het punt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A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(2,3)</m:t>
              </m:r>
            </m:oMath>
          </w:p>
        </w:tc>
        <w:tc>
          <w:tcPr>
            <w:tcW w:w="4728" w:type="dxa"/>
            <w:shd w:val="clear" w:color="auto" w:fill="FFF2CC"/>
          </w:tcPr>
          <w:p w14:paraId="00198857" w14:textId="3CEF2731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Stel een assenvergelijking op van de lijn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l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door de punten </w:t>
            </w:r>
            <m:oMath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(3,0)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(0,</m:t>
              </m:r>
              <m:r>
                <w:rPr>
                  <w:rFonts w:ascii="Cambria Math" w:hAnsi="Cambria Math"/>
                  <w:sz w:val="26"/>
                  <w:szCs w:val="26"/>
                </w:rPr>
                <m:t>p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)</m:t>
              </m:r>
            </m:oMath>
          </w:p>
        </w:tc>
      </w:tr>
      <w:tr w:rsidR="00497CBB" w:rsidRPr="00CE0B3D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A085285" w14:textId="3DBF6089" w:rsidR="00497CBB" w:rsidRPr="00726AAB" w:rsidRDefault="00497CBB" w:rsidP="00497CB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Gegeven is lijn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p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:2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-5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y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 xml:space="preserve">=1. 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Verder geldt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⊥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p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 gaat door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4,-3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 xml:space="preserve">. 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Geef de vergelijking van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oMath>
          </w:p>
        </w:tc>
        <w:tc>
          <w:tcPr>
            <w:tcW w:w="4727" w:type="dxa"/>
            <w:shd w:val="clear" w:color="auto" w:fill="F2DCDB"/>
          </w:tcPr>
          <w:p w14:paraId="71E74A86" w14:textId="77777777" w:rsidR="00497CBB" w:rsidRPr="00CE0B3D" w:rsidRDefault="00497CBB" w:rsidP="00497CBB">
            <w:pPr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CE0B3D">
              <w:rPr>
                <w:color w:val="000000" w:themeColor="text1"/>
                <w:sz w:val="26"/>
                <w:szCs w:val="26"/>
                <w:lang w:val="nl-NL"/>
              </w:rPr>
              <w:t xml:space="preserve">Geef het middelpunt en de straal van de cirkel met  vergelijking </w:t>
            </w:r>
          </w:p>
          <w:p w14:paraId="1C528BB7" w14:textId="5122DFF4" w:rsidR="00497CBB" w:rsidRPr="006B55BD" w:rsidRDefault="00497CBB" w:rsidP="00497CBB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-10x-4y+9=0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25C6A554" w14:textId="41F6756C" w:rsidR="00497CBB" w:rsidRPr="00726AAB" w:rsidRDefault="00497CBB" w:rsidP="00497CB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Bereken exact de afstand tussen de cirkel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c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-6)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=17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het punt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B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(10,5)</m:t>
              </m:r>
            </m:oMath>
          </w:p>
        </w:tc>
      </w:tr>
      <w:tr w:rsidR="00497CBB" w:rsidRPr="00CE0B3D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27038BA6" w14:textId="77777777" w:rsidR="00497CBB" w:rsidRPr="00CE0B3D" w:rsidRDefault="00497CBB" w:rsidP="00497CBB">
            <w:pPr>
              <w:jc w:val="center"/>
              <w:rPr>
                <w:sz w:val="26"/>
                <w:szCs w:val="26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Voor welke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p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q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vallen de lijnen </w:t>
            </w:r>
          </w:p>
          <w:p w14:paraId="214E64F2" w14:textId="4E1129DC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6"/>
                  <w:szCs w:val="26"/>
                </w:rPr>
                <m:t>k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</m:t>
              </m:r>
              <m:r>
                <w:rPr>
                  <w:rFonts w:ascii="Cambria Math" w:hAnsi="Cambria Math"/>
                  <w:sz w:val="26"/>
                  <w:szCs w:val="26"/>
                </w:rPr>
                <m:t>px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+3</m:t>
              </m:r>
              <m:r>
                <w:rPr>
                  <w:rFonts w:ascii="Cambria Math" w:hAnsi="Cambria Math"/>
                  <w:sz w:val="26"/>
                  <w:szCs w:val="26"/>
                </w:rPr>
                <m:t>y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=2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l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:4</m:t>
              </m:r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+</m:t>
              </m:r>
              <m:r>
                <w:rPr>
                  <w:rFonts w:ascii="Cambria Math" w:hAnsi="Cambria Math"/>
                  <w:sz w:val="26"/>
                  <w:szCs w:val="26"/>
                </w:rPr>
                <m:t>qy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=8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samen?</w:t>
            </w:r>
          </w:p>
        </w:tc>
        <w:tc>
          <w:tcPr>
            <w:tcW w:w="4727" w:type="dxa"/>
            <w:shd w:val="clear" w:color="auto" w:fill="DDEBF7"/>
          </w:tcPr>
          <w:p w14:paraId="57835F9F" w14:textId="037FAC80" w:rsidR="00497CBB" w:rsidRPr="00726AAB" w:rsidRDefault="00497CBB" w:rsidP="00497CBB">
            <w:pPr>
              <w:jc w:val="center"/>
              <w:rPr>
                <w:sz w:val="28"/>
                <w:szCs w:val="28"/>
                <w:lang w:val="nl-NL"/>
              </w:rPr>
            </w:pPr>
            <w:r w:rsidRPr="00CE0B3D">
              <w:rPr>
                <w:sz w:val="26"/>
                <w:szCs w:val="26"/>
                <w:lang w:val="nl-NL"/>
              </w:rPr>
              <w:t xml:space="preserve">Bereken exact de afstand van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A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(3,2)</m:t>
              </m:r>
            </m:oMath>
            <w:r w:rsidRPr="00CE0B3D">
              <w:rPr>
                <w:sz w:val="26"/>
                <w:szCs w:val="26"/>
                <w:lang w:val="nl-NL"/>
              </w:rPr>
              <w:t xml:space="preserve"> tot de lijn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k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:4</m:t>
              </m:r>
              <m:r>
                <w:rPr>
                  <w:rFonts w:ascii="Cambria Math" w:hAnsi="Cambria Math"/>
                  <w:sz w:val="26"/>
                  <w:szCs w:val="26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-3</m:t>
              </m:r>
              <m:r>
                <w:rPr>
                  <w:rFonts w:ascii="Cambria Math" w:hAnsi="Cambria Math"/>
                  <w:sz w:val="26"/>
                  <w:szCs w:val="26"/>
                </w:rPr>
                <m:t>y</m:t>
              </m:r>
              <m:r>
                <w:rPr>
                  <w:rFonts w:ascii="Cambria Math" w:hAnsi="Cambria Math"/>
                  <w:sz w:val="26"/>
                  <w:szCs w:val="26"/>
                  <w:lang w:val="nl-NL"/>
                </w:rPr>
                <m:t>=10</m:t>
              </m:r>
            </m:oMath>
          </w:p>
        </w:tc>
        <w:tc>
          <w:tcPr>
            <w:tcW w:w="4728" w:type="dxa"/>
            <w:shd w:val="clear" w:color="auto" w:fill="F2DCDB"/>
          </w:tcPr>
          <w:p w14:paraId="65F82A14" w14:textId="54095A3A" w:rsidR="00497CBB" w:rsidRPr="00726AAB" w:rsidRDefault="00497CBB" w:rsidP="00497CB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Ligt punt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A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(1,6)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 binnen, buiten, of op de cirkel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 met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M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(5,2)</m:t>
              </m:r>
            </m:oMath>
            <w:r w:rsidRPr="00CE0B3D">
              <w:rPr>
                <w:color w:val="000000" w:themeColor="text1"/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r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e>
              </m:rad>
            </m:oMath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CB220A" w:rsidRPr="00CE0B3D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261AAD03" w14:textId="77777777" w:rsidR="00CB220A" w:rsidRDefault="00CB220A" w:rsidP="00CB220A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686C057C" w14:textId="77777777" w:rsidR="00CB220A" w:rsidRDefault="00CB220A" w:rsidP="00CB220A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053025AC" w14:textId="131B4522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A,c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17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FFF2CC"/>
          </w:tcPr>
          <w:p w14:paraId="1837F016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35024174" w14:textId="77777777" w:rsidR="00CB220A" w:rsidRDefault="00CB220A" w:rsidP="00CB220A">
            <w:pPr>
              <w:jc w:val="center"/>
              <w:rPr>
                <w:sz w:val="26"/>
                <w:szCs w:val="26"/>
              </w:rPr>
            </w:pPr>
          </w:p>
          <w:p w14:paraId="2321E80A" w14:textId="3295C13B" w:rsidR="00CB220A" w:rsidRPr="00726AAB" w:rsidRDefault="00CB220A" w:rsidP="00CB220A">
            <w:pPr>
              <w:spacing w:after="200" w:line="276" w:lineRule="auto"/>
              <w:jc w:val="center"/>
              <w:rPr>
                <w:lang w:val="nl-NL"/>
              </w:rPr>
            </w:pPr>
            <w:r w:rsidRPr="006222B1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∠(k,l)≈78,7°</m:t>
              </m:r>
            </m:oMath>
          </w:p>
        </w:tc>
        <w:tc>
          <w:tcPr>
            <w:tcW w:w="4728" w:type="dxa"/>
            <w:shd w:val="clear" w:color="auto" w:fill="DDEBF7"/>
          </w:tcPr>
          <w:p w14:paraId="3622AFDA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6BC1199B" w14:textId="77777777" w:rsidR="00CB220A" w:rsidRPr="000134B5" w:rsidRDefault="00CB220A" w:rsidP="00CB220A">
            <w:pPr>
              <w:jc w:val="center"/>
              <w:rPr>
                <w:sz w:val="26"/>
                <w:szCs w:val="26"/>
              </w:rPr>
            </w:pPr>
          </w:p>
          <w:p w14:paraId="66CF9615" w14:textId="6A004039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A,B</m:t>
                    </m:r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65</m:t>
                    </m:r>
                  </m:e>
                </m:rad>
              </m:oMath>
            </m:oMathPara>
          </w:p>
        </w:tc>
      </w:tr>
      <w:tr w:rsidR="00CB220A" w:rsidRPr="00CE0B3D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26ACC0B9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4C6A2FE7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3588CA7F" w14:textId="20BCA1B0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c: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(x+1)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(y-3)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=25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7F939E92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5D374BBC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5BCD4C24" w14:textId="2D615F83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k:y=4x-5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0B99F3DE" w14:textId="77777777" w:rsidR="00CB220A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2C2D45DF" w14:textId="77777777" w:rsidR="00CB220A" w:rsidRPr="00A21632" w:rsidRDefault="00CB220A" w:rsidP="00CB220A">
            <w:pPr>
              <w:jc w:val="center"/>
              <w:rPr>
                <w:sz w:val="28"/>
                <w:szCs w:val="28"/>
              </w:rPr>
            </w:pPr>
          </w:p>
          <w:p w14:paraId="6DEEF165" w14:textId="5FDE34A8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l: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oMath>
            </m:oMathPara>
          </w:p>
        </w:tc>
      </w:tr>
      <w:tr w:rsidR="00CB220A" w:rsidRPr="00CE0B3D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6A96F728" w14:textId="77777777" w:rsidR="00CB220A" w:rsidRDefault="00CB220A" w:rsidP="00CB220A">
            <w:pPr>
              <w:rPr>
                <w:color w:val="000000" w:themeColor="text1"/>
                <w:sz w:val="28"/>
                <w:szCs w:val="28"/>
              </w:rPr>
            </w:pPr>
          </w:p>
          <w:p w14:paraId="3C94A97A" w14:textId="77777777" w:rsidR="00CB220A" w:rsidRPr="00C37CEC" w:rsidRDefault="00CB220A" w:rsidP="00CB220A">
            <w:pPr>
              <w:rPr>
                <w:color w:val="000000" w:themeColor="text1"/>
                <w:sz w:val="28"/>
                <w:szCs w:val="28"/>
              </w:rPr>
            </w:pPr>
          </w:p>
          <w:p w14:paraId="24D705BD" w14:textId="2E366F09" w:rsidR="00CB220A" w:rsidRPr="00726AAB" w:rsidRDefault="00CB220A" w:rsidP="00CB220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q:5x+2y=14</m:t>
                </m:r>
              </m:oMath>
            </m:oMathPara>
          </w:p>
        </w:tc>
        <w:tc>
          <w:tcPr>
            <w:tcW w:w="4727" w:type="dxa"/>
            <w:shd w:val="clear" w:color="auto" w:fill="F2DCDB"/>
          </w:tcPr>
          <w:p w14:paraId="794E6B35" w14:textId="77777777" w:rsidR="00CB220A" w:rsidRDefault="00CB220A" w:rsidP="00CB22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073C045" w14:textId="77777777" w:rsidR="00CB220A" w:rsidRDefault="00CB220A" w:rsidP="00CB22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803D6C3" w14:textId="03A40630" w:rsidR="00CB220A" w:rsidRPr="00726AAB" w:rsidRDefault="00CB220A" w:rsidP="00CB220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M(5,2)</m:t>
              </m:r>
            </m:oMath>
            <w:r>
              <w:rPr>
                <w:color w:val="000000" w:themeColor="text1"/>
                <w:sz w:val="28"/>
                <w:szCs w:val="28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r=2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4728" w:type="dxa"/>
            <w:shd w:val="clear" w:color="auto" w:fill="E2EFDA"/>
          </w:tcPr>
          <w:p w14:paraId="468E2139" w14:textId="77777777" w:rsidR="00CB220A" w:rsidRDefault="00CB220A" w:rsidP="00CB22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59D73FA" w14:textId="77777777" w:rsidR="00CB220A" w:rsidRDefault="00CB220A" w:rsidP="00CB22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652E309" w14:textId="147729B8" w:rsidR="00CB220A" w:rsidRPr="00726AAB" w:rsidRDefault="00CB220A" w:rsidP="00CB220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B,c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=5-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17</m:t>
                    </m:r>
                  </m:e>
                </m:rad>
              </m:oMath>
            </m:oMathPara>
          </w:p>
        </w:tc>
      </w:tr>
      <w:tr w:rsidR="00CB220A" w:rsidRPr="00CE0B3D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3A8840E6" w14:textId="77777777" w:rsidR="00CB220A" w:rsidRDefault="00CB220A" w:rsidP="00CB220A">
            <w:pPr>
              <w:rPr>
                <w:sz w:val="28"/>
                <w:szCs w:val="28"/>
              </w:rPr>
            </w:pPr>
          </w:p>
          <w:p w14:paraId="182E9538" w14:textId="77777777" w:rsidR="00CB220A" w:rsidRDefault="00CB220A" w:rsidP="00CB220A">
            <w:pPr>
              <w:rPr>
                <w:sz w:val="28"/>
                <w:szCs w:val="28"/>
              </w:rPr>
            </w:pPr>
          </w:p>
          <w:p w14:paraId="022032C8" w14:textId="4E1F3AC4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p=</m:t>
              </m:r>
            </m:oMath>
            <w:r>
              <w:rPr>
                <w:sz w:val="28"/>
                <w:szCs w:val="28"/>
              </w:rPr>
              <w:t xml:space="preserve"> 1 en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q=12</m:t>
              </m:r>
            </m:oMath>
          </w:p>
        </w:tc>
        <w:tc>
          <w:tcPr>
            <w:tcW w:w="4727" w:type="dxa"/>
            <w:shd w:val="clear" w:color="auto" w:fill="DDEBF7"/>
          </w:tcPr>
          <w:p w14:paraId="1F1E5E9A" w14:textId="77777777" w:rsidR="00CB220A" w:rsidRDefault="00CB220A" w:rsidP="00CB220A">
            <w:pPr>
              <w:rPr>
                <w:sz w:val="28"/>
                <w:szCs w:val="28"/>
              </w:rPr>
            </w:pPr>
          </w:p>
          <w:p w14:paraId="6B1FF4E9" w14:textId="77777777" w:rsidR="00CB220A" w:rsidRDefault="00CB220A" w:rsidP="00CB220A">
            <w:pPr>
              <w:rPr>
                <w:sz w:val="28"/>
                <w:szCs w:val="28"/>
              </w:rPr>
            </w:pPr>
          </w:p>
          <w:p w14:paraId="2848E08C" w14:textId="44038CF9" w:rsidR="00CB220A" w:rsidRPr="00726AAB" w:rsidRDefault="00CB220A" w:rsidP="00CB220A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A,k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728" w:type="dxa"/>
            <w:shd w:val="clear" w:color="auto" w:fill="F2DCDB"/>
          </w:tcPr>
          <w:p w14:paraId="57440FE3" w14:textId="77777777" w:rsidR="00CB220A" w:rsidRDefault="00CB220A" w:rsidP="00CB220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EDB360E" w14:textId="692252BA" w:rsidR="00CB220A" w:rsidRPr="00726AAB" w:rsidRDefault="00CB220A" w:rsidP="00CB220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,</m:t>
                  </m:r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M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=4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&gt;</m:t>
              </m:r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r</m:t>
              </m:r>
            </m:oMath>
            <w:r w:rsidRPr="00CB220A">
              <w:rPr>
                <w:color w:val="000000" w:themeColor="text1"/>
                <w:sz w:val="28"/>
                <w:szCs w:val="28"/>
                <w:lang w:val="nl-NL"/>
              </w:rPr>
              <w:t xml:space="preserve"> dus punt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A</m:t>
              </m:r>
            </m:oMath>
            <w:r w:rsidRPr="00CB220A">
              <w:rPr>
                <w:color w:val="000000" w:themeColor="text1"/>
                <w:sz w:val="28"/>
                <w:szCs w:val="28"/>
                <w:lang w:val="nl-NL"/>
              </w:rPr>
              <w:t xml:space="preserve"> ligt buiten de cirkel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oMath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23066"/>
    <w:rsid w:val="002708EE"/>
    <w:rsid w:val="0029639D"/>
    <w:rsid w:val="002B569B"/>
    <w:rsid w:val="002B732C"/>
    <w:rsid w:val="00326F90"/>
    <w:rsid w:val="00331A17"/>
    <w:rsid w:val="0047121D"/>
    <w:rsid w:val="00497CBB"/>
    <w:rsid w:val="005E0CFC"/>
    <w:rsid w:val="005F72C4"/>
    <w:rsid w:val="005F78E6"/>
    <w:rsid w:val="0067396C"/>
    <w:rsid w:val="006F6261"/>
    <w:rsid w:val="00726AAB"/>
    <w:rsid w:val="0075700D"/>
    <w:rsid w:val="00826E2C"/>
    <w:rsid w:val="008766B0"/>
    <w:rsid w:val="009C7A47"/>
    <w:rsid w:val="00AA1D8D"/>
    <w:rsid w:val="00AC737E"/>
    <w:rsid w:val="00B47730"/>
    <w:rsid w:val="00C2457B"/>
    <w:rsid w:val="00C70708"/>
    <w:rsid w:val="00CB0664"/>
    <w:rsid w:val="00CB220A"/>
    <w:rsid w:val="00CE0B3D"/>
    <w:rsid w:val="00CE70D4"/>
    <w:rsid w:val="00D92AF7"/>
    <w:rsid w:val="00DD662A"/>
    <w:rsid w:val="00E33F7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5</cp:revision>
  <cp:lastPrinted>2025-10-04T12:21:00Z</cp:lastPrinted>
  <dcterms:created xsi:type="dcterms:W3CDTF">2025-10-04T12:31:00Z</dcterms:created>
  <dcterms:modified xsi:type="dcterms:W3CDTF">2025-10-04T12:32:00Z</dcterms:modified>
  <cp:category/>
</cp:coreProperties>
</file>