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XSpec="center" w:tblpY="101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0"/>
        <w:gridCol w:w="2920"/>
        <w:gridCol w:w="2920"/>
        <w:gridCol w:w="2920"/>
      </w:tblGrid>
      <w:tr w:rsidR="00FA5B53" w14:paraId="47F1F3A9" w14:textId="77777777" w:rsidTr="00046EE1">
        <w:trPr>
          <w:trHeight w:val="1136"/>
        </w:trPr>
        <w:tc>
          <w:tcPr>
            <w:tcW w:w="2920" w:type="dxa"/>
            <w:shd w:val="clear" w:color="auto" w:fill="FFF2CC"/>
            <w:vAlign w:val="center"/>
          </w:tcPr>
          <w:p w14:paraId="0C59BC04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1 punt</w:t>
            </w:r>
          </w:p>
        </w:tc>
        <w:tc>
          <w:tcPr>
            <w:tcW w:w="2920" w:type="dxa"/>
            <w:shd w:val="clear" w:color="auto" w:fill="DDEBF7"/>
            <w:vAlign w:val="center"/>
          </w:tcPr>
          <w:p w14:paraId="698EAEE1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2 punten</w:t>
            </w:r>
          </w:p>
        </w:tc>
        <w:tc>
          <w:tcPr>
            <w:tcW w:w="2920" w:type="dxa"/>
            <w:shd w:val="clear" w:color="auto" w:fill="F2DCDB"/>
            <w:vAlign w:val="center"/>
          </w:tcPr>
          <w:p w14:paraId="21D7EE3E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3 punten</w:t>
            </w:r>
          </w:p>
        </w:tc>
        <w:tc>
          <w:tcPr>
            <w:tcW w:w="2920" w:type="dxa"/>
            <w:shd w:val="clear" w:color="auto" w:fill="E2EFDA"/>
            <w:vAlign w:val="center"/>
          </w:tcPr>
          <w:p w14:paraId="73DB87B4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4 punten</w:t>
            </w:r>
          </w:p>
        </w:tc>
      </w:tr>
    </w:tbl>
    <w:p w14:paraId="3B4B6FAD" w14:textId="191C29F6" w:rsidR="00AC737E" w:rsidRPr="00D92AF7" w:rsidRDefault="00AC737E" w:rsidP="00AC737E">
      <w:pPr>
        <w:pStyle w:val="Kop1"/>
        <w:rPr>
          <w:rFonts w:ascii="Aptos" w:hAnsi="Aptos"/>
          <w:b w:val="0"/>
          <w:bCs w:val="0"/>
          <w:color w:val="000000" w:themeColor="text1"/>
          <w:sz w:val="40"/>
          <w:szCs w:val="40"/>
          <w:lang w:val="nl-NL"/>
        </w:rPr>
      </w:pPr>
      <w:r w:rsidRPr="00D92AF7">
        <w:rPr>
          <w:rFonts w:ascii="Aptos" w:hAnsi="Aptos"/>
          <w:b w:val="0"/>
          <w:bCs w:val="0"/>
          <w:color w:val="000000" w:themeColor="text1"/>
          <w:sz w:val="40"/>
          <w:szCs w:val="40"/>
          <w:lang w:val="nl-NL"/>
        </w:rPr>
        <w:t>Kennisactivatieraster</w:t>
      </w:r>
      <w:r w:rsidR="001C1BAD">
        <w:rPr>
          <w:rFonts w:ascii="Aptos" w:hAnsi="Aptos"/>
          <w:b w:val="0"/>
          <w:bCs w:val="0"/>
          <w:color w:val="000000" w:themeColor="text1"/>
          <w:sz w:val="40"/>
          <w:szCs w:val="40"/>
          <w:lang w:val="nl-NL"/>
        </w:rPr>
        <w:t xml:space="preserve"> Pythagoras</w:t>
      </w:r>
    </w:p>
    <w:tbl>
      <w:tblPr>
        <w:tblStyle w:val="Tabelraster"/>
        <w:tblpPr w:leftFromText="141" w:rightFromText="141" w:vertAnchor="page" w:horzAnchor="margin" w:tblpXSpec="center" w:tblpY="1933"/>
        <w:tblW w:w="14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727"/>
        <w:gridCol w:w="4728"/>
      </w:tblGrid>
      <w:tr w:rsidR="00726AAB" w:rsidRPr="00D661DF" w14:paraId="271962F2" w14:textId="77777777" w:rsidTr="00046EE1">
        <w:trPr>
          <w:trHeight w:val="1828"/>
        </w:trPr>
        <w:tc>
          <w:tcPr>
            <w:tcW w:w="4727" w:type="dxa"/>
            <w:shd w:val="clear" w:color="auto" w:fill="E2EFDA"/>
          </w:tcPr>
          <w:p w14:paraId="06B6DFD5" w14:textId="1D10D6C7" w:rsidR="00C85756" w:rsidRDefault="00C85756" w:rsidP="00726AAB">
            <w:pPr>
              <w:jc w:val="center"/>
              <w:rPr>
                <w:sz w:val="28"/>
                <w:szCs w:val="28"/>
                <w:lang w:val="nl-NL"/>
              </w:rPr>
            </w:pPr>
            <w:r w:rsidRPr="00C85756">
              <w:rPr>
                <w:sz w:val="24"/>
                <w:szCs w:val="24"/>
                <w:lang w:val="nl-NL"/>
              </w:rPr>
              <w:drawing>
                <wp:anchor distT="0" distB="0" distL="114300" distR="114300" simplePos="0" relativeHeight="251667456" behindDoc="1" locked="0" layoutInCell="1" allowOverlap="1" wp14:anchorId="4312FE13" wp14:editId="631A82A4">
                  <wp:simplePos x="0" y="0"/>
                  <wp:positionH relativeFrom="column">
                    <wp:posOffset>2067329</wp:posOffset>
                  </wp:positionH>
                  <wp:positionV relativeFrom="paragraph">
                    <wp:posOffset>112107</wp:posOffset>
                  </wp:positionV>
                  <wp:extent cx="622935" cy="946150"/>
                  <wp:effectExtent l="0" t="0" r="5715" b="6350"/>
                  <wp:wrapTight wrapText="bothSides">
                    <wp:wrapPolygon edited="0">
                      <wp:start x="0" y="0"/>
                      <wp:lineTo x="0" y="21310"/>
                      <wp:lineTo x="21138" y="21310"/>
                      <wp:lineTo x="21138" y="0"/>
                      <wp:lineTo x="0" y="0"/>
                    </wp:wrapPolygon>
                  </wp:wrapTight>
                  <wp:docPr id="1345413477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5413477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935" cy="946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E4160D6" w14:textId="77777777" w:rsidR="00726AAB" w:rsidRDefault="00C85756" w:rsidP="00726AAB">
            <w:pPr>
              <w:jc w:val="center"/>
              <w:rPr>
                <w:sz w:val="24"/>
                <w:szCs w:val="24"/>
                <w:lang w:val="nl-NL"/>
              </w:rPr>
            </w:pPr>
            <w:r w:rsidRPr="00C85756">
              <w:rPr>
                <w:sz w:val="24"/>
                <w:szCs w:val="24"/>
                <w:lang w:val="nl-NL"/>
              </w:rPr>
              <w:t>Bereken de lengte van het schuine dak.</w:t>
            </w:r>
          </w:p>
          <w:p w14:paraId="0FD5857F" w14:textId="50EC3E19" w:rsidR="001D1D47" w:rsidRPr="00726AAB" w:rsidRDefault="001D1D47" w:rsidP="00726AAB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Rond af op 2 decimalen.</w:t>
            </w:r>
          </w:p>
        </w:tc>
        <w:tc>
          <w:tcPr>
            <w:tcW w:w="4727" w:type="dxa"/>
            <w:shd w:val="clear" w:color="auto" w:fill="FFF2CC"/>
          </w:tcPr>
          <w:p w14:paraId="41794394" w14:textId="6022C6AF" w:rsidR="00D661DF" w:rsidRDefault="00D661DF" w:rsidP="00726AAB">
            <w:pPr>
              <w:spacing w:after="200" w:line="276" w:lineRule="auto"/>
              <w:jc w:val="center"/>
              <w:rPr>
                <w:lang w:val="nl-NL"/>
              </w:rPr>
            </w:pPr>
            <w:r w:rsidRPr="00D661DF">
              <w:rPr>
                <w:lang w:val="nl-NL"/>
              </w:rPr>
              <w:drawing>
                <wp:anchor distT="0" distB="0" distL="114300" distR="114300" simplePos="0" relativeHeight="251659264" behindDoc="1" locked="0" layoutInCell="1" allowOverlap="1" wp14:anchorId="5CC25EB3" wp14:editId="5AB6E8E8">
                  <wp:simplePos x="0" y="0"/>
                  <wp:positionH relativeFrom="column">
                    <wp:posOffset>1706245</wp:posOffset>
                  </wp:positionH>
                  <wp:positionV relativeFrom="paragraph">
                    <wp:posOffset>71755</wp:posOffset>
                  </wp:positionV>
                  <wp:extent cx="1066892" cy="998307"/>
                  <wp:effectExtent l="0" t="0" r="0" b="0"/>
                  <wp:wrapTight wrapText="bothSides">
                    <wp:wrapPolygon edited="0">
                      <wp:start x="0" y="0"/>
                      <wp:lineTo x="0" y="21023"/>
                      <wp:lineTo x="21214" y="21023"/>
                      <wp:lineTo x="21214" y="0"/>
                      <wp:lineTo x="0" y="0"/>
                    </wp:wrapPolygon>
                  </wp:wrapTight>
                  <wp:docPr id="65449319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49319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92" cy="998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D6F123C" w14:textId="1B63D659" w:rsidR="00726AAB" w:rsidRPr="008E4F9A" w:rsidRDefault="00D661DF" w:rsidP="00726AAB">
            <w:pPr>
              <w:spacing w:after="200" w:line="276" w:lineRule="auto"/>
              <w:jc w:val="center"/>
              <w:rPr>
                <w:sz w:val="24"/>
                <w:szCs w:val="24"/>
                <w:lang w:val="nl-NL"/>
              </w:rPr>
            </w:pPr>
            <w:r w:rsidRPr="008E4F9A">
              <w:rPr>
                <w:sz w:val="24"/>
                <w:szCs w:val="24"/>
                <w:lang w:val="nl-NL"/>
              </w:rPr>
              <w:t>Wat zijn de rechthoekszijden van deze driehoek?</w:t>
            </w:r>
          </w:p>
        </w:tc>
        <w:tc>
          <w:tcPr>
            <w:tcW w:w="4728" w:type="dxa"/>
            <w:shd w:val="clear" w:color="auto" w:fill="DDEBF7"/>
          </w:tcPr>
          <w:p w14:paraId="4E0F9695" w14:textId="4F1EF0C4" w:rsidR="00566889" w:rsidRDefault="00566889" w:rsidP="00726AAB">
            <w:pPr>
              <w:jc w:val="center"/>
              <w:rPr>
                <w:sz w:val="24"/>
                <w:szCs w:val="24"/>
                <w:lang w:val="nl-NL"/>
              </w:rPr>
            </w:pPr>
            <w:r w:rsidRPr="00566889">
              <w:rPr>
                <w:sz w:val="24"/>
                <w:szCs w:val="24"/>
                <w:lang w:val="nl-NL"/>
              </w:rPr>
              <w:drawing>
                <wp:anchor distT="0" distB="0" distL="114300" distR="114300" simplePos="0" relativeHeight="251660288" behindDoc="1" locked="0" layoutInCell="1" allowOverlap="1" wp14:anchorId="73CCBAE8" wp14:editId="1CEE5173">
                  <wp:simplePos x="0" y="0"/>
                  <wp:positionH relativeFrom="column">
                    <wp:posOffset>1449705</wp:posOffset>
                  </wp:positionH>
                  <wp:positionV relativeFrom="paragraph">
                    <wp:posOffset>52705</wp:posOffset>
                  </wp:positionV>
                  <wp:extent cx="1387475" cy="1002030"/>
                  <wp:effectExtent l="0" t="0" r="3175" b="7620"/>
                  <wp:wrapTight wrapText="bothSides">
                    <wp:wrapPolygon edited="0">
                      <wp:start x="0" y="0"/>
                      <wp:lineTo x="0" y="21354"/>
                      <wp:lineTo x="21353" y="21354"/>
                      <wp:lineTo x="21353" y="0"/>
                      <wp:lineTo x="0" y="0"/>
                    </wp:wrapPolygon>
                  </wp:wrapTight>
                  <wp:docPr id="888445883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445883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7475" cy="1002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91B4B01" w14:textId="5F976C34" w:rsidR="00726AAB" w:rsidRPr="00726AAB" w:rsidRDefault="00566889" w:rsidP="00726AAB">
            <w:pPr>
              <w:jc w:val="center"/>
              <w:rPr>
                <w:sz w:val="28"/>
                <w:szCs w:val="28"/>
                <w:lang w:val="nl-NL"/>
              </w:rPr>
            </w:pPr>
            <w:r w:rsidRPr="00566889">
              <w:rPr>
                <w:sz w:val="24"/>
                <w:szCs w:val="24"/>
                <w:lang w:val="nl-NL"/>
              </w:rPr>
              <w:t xml:space="preserve">Bereken de lengte van </w:t>
            </w:r>
            <m:oMath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AB</m:t>
              </m:r>
            </m:oMath>
            <w:r w:rsidRPr="00566889">
              <w:rPr>
                <w:sz w:val="24"/>
                <w:szCs w:val="24"/>
                <w:lang w:val="nl-NL"/>
              </w:rPr>
              <w:t>. Rond af op 1 decimaal.</w:t>
            </w:r>
          </w:p>
        </w:tc>
      </w:tr>
      <w:tr w:rsidR="00726AAB" w:rsidRPr="00D661DF" w14:paraId="6E901F29" w14:textId="77777777" w:rsidTr="00046EE1">
        <w:trPr>
          <w:trHeight w:val="1912"/>
        </w:trPr>
        <w:tc>
          <w:tcPr>
            <w:tcW w:w="4727" w:type="dxa"/>
            <w:shd w:val="clear" w:color="auto" w:fill="F2DCDB"/>
          </w:tcPr>
          <w:p w14:paraId="13F5A1E1" w14:textId="7C851740" w:rsidR="00726AAB" w:rsidRPr="00D661DF" w:rsidRDefault="00EC5709" w:rsidP="00726AAB">
            <w:pPr>
              <w:jc w:val="center"/>
              <w:rPr>
                <w:sz w:val="28"/>
                <w:szCs w:val="28"/>
                <w:lang w:val="nl-NL"/>
              </w:rPr>
            </w:pPr>
            <w:r w:rsidRPr="00EC5709">
              <w:rPr>
                <w:sz w:val="24"/>
                <w:szCs w:val="24"/>
                <w:lang w:val="nl-NL"/>
              </w:rPr>
              <w:drawing>
                <wp:anchor distT="0" distB="0" distL="114300" distR="114300" simplePos="0" relativeHeight="251664384" behindDoc="1" locked="0" layoutInCell="1" allowOverlap="1" wp14:anchorId="42D56016" wp14:editId="4E1BCE87">
                  <wp:simplePos x="0" y="0"/>
                  <wp:positionH relativeFrom="column">
                    <wp:posOffset>379730</wp:posOffset>
                  </wp:positionH>
                  <wp:positionV relativeFrom="paragraph">
                    <wp:posOffset>267970</wp:posOffset>
                  </wp:positionV>
                  <wp:extent cx="1908175" cy="831215"/>
                  <wp:effectExtent l="0" t="0" r="0" b="6985"/>
                  <wp:wrapTight wrapText="bothSides">
                    <wp:wrapPolygon edited="0">
                      <wp:start x="0" y="0"/>
                      <wp:lineTo x="0" y="21286"/>
                      <wp:lineTo x="21348" y="21286"/>
                      <wp:lineTo x="21348" y="0"/>
                      <wp:lineTo x="0" y="0"/>
                    </wp:wrapPolygon>
                  </wp:wrapTight>
                  <wp:docPr id="176939612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939612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175" cy="83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C5709">
              <w:rPr>
                <w:sz w:val="24"/>
                <w:szCs w:val="24"/>
                <w:lang w:val="nl-NL"/>
              </w:rPr>
              <w:t>Onderzoek of deze driehoek rechthoekig is.</w:t>
            </w:r>
          </w:p>
        </w:tc>
        <w:tc>
          <w:tcPr>
            <w:tcW w:w="4727" w:type="dxa"/>
            <w:shd w:val="clear" w:color="auto" w:fill="E2EFDA"/>
          </w:tcPr>
          <w:p w14:paraId="2C5E3C51" w14:textId="389A243C" w:rsidR="008E4F9A" w:rsidRDefault="008E4F9A" w:rsidP="00726AAB">
            <w:pPr>
              <w:jc w:val="center"/>
              <w:rPr>
                <w:sz w:val="24"/>
                <w:szCs w:val="24"/>
                <w:lang w:val="nl-NL"/>
              </w:rPr>
            </w:pPr>
            <w:r w:rsidRPr="008E4F9A">
              <w:rPr>
                <w:sz w:val="28"/>
                <w:szCs w:val="28"/>
                <w:lang w:val="nl-NL"/>
              </w:rPr>
              <w:drawing>
                <wp:anchor distT="0" distB="0" distL="114300" distR="114300" simplePos="0" relativeHeight="251668480" behindDoc="1" locked="0" layoutInCell="1" allowOverlap="1" wp14:anchorId="0555F74D" wp14:editId="5E1156B0">
                  <wp:simplePos x="0" y="0"/>
                  <wp:positionH relativeFrom="column">
                    <wp:posOffset>1511300</wp:posOffset>
                  </wp:positionH>
                  <wp:positionV relativeFrom="paragraph">
                    <wp:posOffset>167640</wp:posOffset>
                  </wp:positionV>
                  <wp:extent cx="1357630" cy="856615"/>
                  <wp:effectExtent l="0" t="0" r="0" b="635"/>
                  <wp:wrapTight wrapText="bothSides">
                    <wp:wrapPolygon edited="0">
                      <wp:start x="0" y="0"/>
                      <wp:lineTo x="0" y="21136"/>
                      <wp:lineTo x="21216" y="21136"/>
                      <wp:lineTo x="21216" y="0"/>
                      <wp:lineTo x="0" y="0"/>
                    </wp:wrapPolygon>
                  </wp:wrapTight>
                  <wp:docPr id="1704299589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4299589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630" cy="856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18A0248" w14:textId="77777777" w:rsidR="00726AAB" w:rsidRDefault="008E4F9A" w:rsidP="00726AAB">
            <w:pPr>
              <w:jc w:val="center"/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 xml:space="preserve">Bereken de lengte van de diagonaal </w:t>
            </w:r>
            <m:oMath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EG.</m:t>
              </m:r>
            </m:oMath>
          </w:p>
          <w:p w14:paraId="514FDE8C" w14:textId="0F1529C5" w:rsidR="00B138A8" w:rsidRPr="00726AAB" w:rsidRDefault="00B138A8" w:rsidP="00726AAB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Rond af op 2 decimaal.</w:t>
            </w:r>
          </w:p>
        </w:tc>
        <w:tc>
          <w:tcPr>
            <w:tcW w:w="4728" w:type="dxa"/>
            <w:shd w:val="clear" w:color="auto" w:fill="FFF2CC"/>
          </w:tcPr>
          <w:p w14:paraId="602686C2" w14:textId="1CF46F43" w:rsidR="00FF6F19" w:rsidRDefault="00FF6F19" w:rsidP="00726AAB">
            <w:pPr>
              <w:jc w:val="center"/>
              <w:rPr>
                <w:sz w:val="24"/>
                <w:szCs w:val="24"/>
                <w:lang w:val="nl-NL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4DDDB653" wp14:editId="52A3E0C7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155575</wp:posOffset>
                  </wp:positionV>
                  <wp:extent cx="1279525" cy="781050"/>
                  <wp:effectExtent l="0" t="0" r="0" b="0"/>
                  <wp:wrapTight wrapText="bothSides">
                    <wp:wrapPolygon edited="0">
                      <wp:start x="0" y="0"/>
                      <wp:lineTo x="0" y="21073"/>
                      <wp:lineTo x="21225" y="21073"/>
                      <wp:lineTo x="21225" y="0"/>
                      <wp:lineTo x="0" y="0"/>
                    </wp:wrapPolygon>
                  </wp:wrapTight>
                  <wp:docPr id="1698927877" name="Afbeelding 1" descr="Rechthoekige driehoek | stellingvanpythagoras2mb17.n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chthoekige driehoek | stellingvanpythagoras2mb17.n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5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D550369" w14:textId="764700BE" w:rsidR="00726AAB" w:rsidRDefault="00D03361" w:rsidP="00726AAB">
            <w:pPr>
              <w:jc w:val="center"/>
              <w:rPr>
                <w:sz w:val="24"/>
                <w:szCs w:val="24"/>
                <w:lang w:val="nl-NL"/>
              </w:rPr>
            </w:pPr>
            <w:r w:rsidRPr="00763369">
              <w:rPr>
                <w:sz w:val="24"/>
                <w:szCs w:val="24"/>
                <w:lang w:val="nl-NL"/>
              </w:rPr>
              <w:t xml:space="preserve">De stelling van Pythagoras zegt dat </w:t>
            </w:r>
          </w:p>
          <w:p w14:paraId="1834416C" w14:textId="77777777" w:rsidR="00FF6F19" w:rsidRDefault="00FF6F19" w:rsidP="00726AAB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00198857" w14:textId="6675AF5E" w:rsidR="00FF6F19" w:rsidRPr="00763369" w:rsidRDefault="00FF6F19" w:rsidP="00726AAB">
            <w:pPr>
              <w:jc w:val="center"/>
              <w:rPr>
                <w:sz w:val="24"/>
                <w:szCs w:val="24"/>
                <w:lang w:val="nl-NL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nl-NL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nl-NL"/>
                      </w:rPr>
                      <m:t>…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nl-NL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nl-NL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nl-NL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nl-NL"/>
                      </w:rPr>
                      <m:t>…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nl-NL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nl-NL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nl-NL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nl-NL"/>
                      </w:rPr>
                      <m:t>…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nl-NL"/>
                      </w:rPr>
                      <m:t>2</m:t>
                    </m:r>
                  </m:sup>
                </m:sSup>
              </m:oMath>
            </m:oMathPara>
          </w:p>
        </w:tc>
      </w:tr>
      <w:tr w:rsidR="00726AAB" w:rsidRPr="00D661DF" w14:paraId="50C143AF" w14:textId="77777777" w:rsidTr="00046EE1">
        <w:trPr>
          <w:trHeight w:val="1828"/>
        </w:trPr>
        <w:tc>
          <w:tcPr>
            <w:tcW w:w="4727" w:type="dxa"/>
            <w:shd w:val="clear" w:color="auto" w:fill="DDEBF7"/>
          </w:tcPr>
          <w:p w14:paraId="73831A65" w14:textId="5AAB3CEA" w:rsidR="00E8578E" w:rsidRPr="00022B9D" w:rsidRDefault="00E8578E" w:rsidP="00726AAB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  <w:r w:rsidRPr="00022B9D">
              <w:rPr>
                <w:color w:val="000000" w:themeColor="text1"/>
                <w:sz w:val="24"/>
                <w:szCs w:val="24"/>
                <w:lang w:val="nl-NL"/>
              </w:rPr>
              <w:drawing>
                <wp:anchor distT="0" distB="0" distL="114300" distR="114300" simplePos="0" relativeHeight="251661312" behindDoc="1" locked="0" layoutInCell="1" allowOverlap="1" wp14:anchorId="5C186D3C" wp14:editId="334463AF">
                  <wp:simplePos x="0" y="0"/>
                  <wp:positionH relativeFrom="column">
                    <wp:posOffset>961390</wp:posOffset>
                  </wp:positionH>
                  <wp:positionV relativeFrom="paragraph">
                    <wp:posOffset>128270</wp:posOffset>
                  </wp:positionV>
                  <wp:extent cx="1906905" cy="834390"/>
                  <wp:effectExtent l="0" t="0" r="0" b="3810"/>
                  <wp:wrapTight wrapText="bothSides">
                    <wp:wrapPolygon edited="0">
                      <wp:start x="0" y="0"/>
                      <wp:lineTo x="0" y="21205"/>
                      <wp:lineTo x="21363" y="21205"/>
                      <wp:lineTo x="21363" y="0"/>
                      <wp:lineTo x="0" y="0"/>
                    </wp:wrapPolygon>
                  </wp:wrapTight>
                  <wp:docPr id="2031651805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1651805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6905" cy="834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A085285" w14:textId="2D561688" w:rsidR="00726AAB" w:rsidRPr="00022B9D" w:rsidRDefault="00E8578E" w:rsidP="00726AAB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  <w:r w:rsidRPr="00022B9D">
              <w:rPr>
                <w:color w:val="000000" w:themeColor="text1"/>
                <w:sz w:val="24"/>
                <w:szCs w:val="24"/>
                <w:lang w:val="nl-NL"/>
              </w:rPr>
              <w:t xml:space="preserve">Bereken de lengte van 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QR.</m:t>
              </m:r>
            </m:oMath>
            <w:r w:rsidRPr="00022B9D">
              <w:rPr>
                <w:color w:val="000000" w:themeColor="text1"/>
                <w:sz w:val="24"/>
                <w:szCs w:val="24"/>
                <w:lang w:val="nl-NL"/>
              </w:rPr>
              <w:t xml:space="preserve"> Rond af op 1 decimaal.</w:t>
            </w:r>
          </w:p>
        </w:tc>
        <w:tc>
          <w:tcPr>
            <w:tcW w:w="4727" w:type="dxa"/>
            <w:shd w:val="clear" w:color="auto" w:fill="F2DCDB"/>
          </w:tcPr>
          <w:p w14:paraId="1C528BB7" w14:textId="2EDADBD2" w:rsidR="00726AAB" w:rsidRPr="00022B9D" w:rsidRDefault="00F72BF0" w:rsidP="00726AAB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  <w:r w:rsidRPr="00F72BF0">
              <w:rPr>
                <w:color w:val="000000" w:themeColor="text1"/>
                <w:sz w:val="24"/>
                <w:szCs w:val="24"/>
                <w:lang w:val="nl-NL"/>
              </w:rPr>
              <w:drawing>
                <wp:anchor distT="0" distB="0" distL="114300" distR="114300" simplePos="0" relativeHeight="251665408" behindDoc="1" locked="0" layoutInCell="1" allowOverlap="1" wp14:anchorId="5ECE607F" wp14:editId="19623085">
                  <wp:simplePos x="0" y="0"/>
                  <wp:positionH relativeFrom="column">
                    <wp:posOffset>487969</wp:posOffset>
                  </wp:positionH>
                  <wp:positionV relativeFrom="paragraph">
                    <wp:posOffset>231948</wp:posOffset>
                  </wp:positionV>
                  <wp:extent cx="2056765" cy="835025"/>
                  <wp:effectExtent l="0" t="0" r="635" b="3175"/>
                  <wp:wrapTight wrapText="bothSides">
                    <wp:wrapPolygon edited="0">
                      <wp:start x="0" y="0"/>
                      <wp:lineTo x="0" y="21189"/>
                      <wp:lineTo x="21407" y="21189"/>
                      <wp:lineTo x="21407" y="0"/>
                      <wp:lineTo x="0" y="0"/>
                    </wp:wrapPolygon>
                  </wp:wrapTight>
                  <wp:docPr id="877010284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010284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6765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color w:val="000000" w:themeColor="text1"/>
                <w:sz w:val="24"/>
                <w:szCs w:val="24"/>
                <w:lang w:val="nl-NL"/>
              </w:rPr>
              <w:t>Onderzoek of deze driehoek rechthoekig is</w:t>
            </w:r>
          </w:p>
        </w:tc>
        <w:tc>
          <w:tcPr>
            <w:tcW w:w="4728" w:type="dxa"/>
            <w:shd w:val="clear" w:color="auto" w:fill="E2EFDA"/>
          </w:tcPr>
          <w:p w14:paraId="30495C59" w14:textId="77615366" w:rsidR="008122C7" w:rsidRDefault="008122C7" w:rsidP="00726AAB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 w:rsidRPr="009840CF">
              <w:rPr>
                <w:color w:val="000000" w:themeColor="text1"/>
                <w:sz w:val="28"/>
                <w:szCs w:val="28"/>
                <w:lang w:val="nl-NL"/>
              </w:rPr>
              <w:drawing>
                <wp:anchor distT="0" distB="0" distL="114300" distR="114300" simplePos="0" relativeHeight="251669504" behindDoc="1" locked="0" layoutInCell="1" allowOverlap="1" wp14:anchorId="6BBC215E" wp14:editId="1FF970A9">
                  <wp:simplePos x="0" y="0"/>
                  <wp:positionH relativeFrom="column">
                    <wp:posOffset>1379220</wp:posOffset>
                  </wp:positionH>
                  <wp:positionV relativeFrom="paragraph">
                    <wp:posOffset>134620</wp:posOffset>
                  </wp:positionV>
                  <wp:extent cx="1437005" cy="897255"/>
                  <wp:effectExtent l="0" t="0" r="0" b="0"/>
                  <wp:wrapTight wrapText="bothSides">
                    <wp:wrapPolygon edited="0">
                      <wp:start x="0" y="0"/>
                      <wp:lineTo x="0" y="21096"/>
                      <wp:lineTo x="21190" y="21096"/>
                      <wp:lineTo x="21190" y="0"/>
                      <wp:lineTo x="0" y="0"/>
                    </wp:wrapPolygon>
                  </wp:wrapTight>
                  <wp:docPr id="91428442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428442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005" cy="897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5C6A554" w14:textId="54CDCD91" w:rsidR="00726AAB" w:rsidRPr="00726AAB" w:rsidRDefault="008122C7" w:rsidP="00726AAB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 w:rsidRPr="008122C7">
              <w:rPr>
                <w:color w:val="000000" w:themeColor="text1"/>
                <w:sz w:val="24"/>
                <w:szCs w:val="24"/>
                <w:lang w:val="nl-NL"/>
              </w:rPr>
              <w:t>Joris is 1,70 m. Kan hij in deze tent staan?</w:t>
            </w:r>
          </w:p>
        </w:tc>
      </w:tr>
      <w:tr w:rsidR="00726AAB" w:rsidRPr="00312C03" w14:paraId="7C7340DD" w14:textId="77777777" w:rsidTr="00046EE1">
        <w:trPr>
          <w:trHeight w:val="1912"/>
        </w:trPr>
        <w:tc>
          <w:tcPr>
            <w:tcW w:w="4727" w:type="dxa"/>
            <w:shd w:val="clear" w:color="auto" w:fill="FFF2CC"/>
          </w:tcPr>
          <w:p w14:paraId="7ED95794" w14:textId="446343D1" w:rsidR="00726AAB" w:rsidRPr="00022B9D" w:rsidRDefault="00312C03" w:rsidP="00726AAB">
            <w:pPr>
              <w:jc w:val="center"/>
              <w:rPr>
                <w:sz w:val="24"/>
                <w:szCs w:val="24"/>
                <w:lang w:val="nl-NL"/>
              </w:rPr>
            </w:pPr>
            <w:r w:rsidRPr="00022B9D">
              <w:rPr>
                <w:sz w:val="24"/>
                <w:szCs w:val="24"/>
                <w:lang w:val="nl-NL"/>
              </w:rPr>
              <w:drawing>
                <wp:anchor distT="0" distB="0" distL="114300" distR="114300" simplePos="0" relativeHeight="251658240" behindDoc="1" locked="0" layoutInCell="1" allowOverlap="1" wp14:anchorId="3D172467" wp14:editId="45627EA7">
                  <wp:simplePos x="0" y="0"/>
                  <wp:positionH relativeFrom="column">
                    <wp:posOffset>1225550</wp:posOffset>
                  </wp:positionH>
                  <wp:positionV relativeFrom="paragraph">
                    <wp:posOffset>133350</wp:posOffset>
                  </wp:positionV>
                  <wp:extent cx="1623695" cy="929640"/>
                  <wp:effectExtent l="0" t="0" r="0" b="3810"/>
                  <wp:wrapTight wrapText="bothSides">
                    <wp:wrapPolygon edited="0">
                      <wp:start x="0" y="0"/>
                      <wp:lineTo x="0" y="21246"/>
                      <wp:lineTo x="21287" y="21246"/>
                      <wp:lineTo x="21287" y="0"/>
                      <wp:lineTo x="0" y="0"/>
                    </wp:wrapPolygon>
                  </wp:wrapTight>
                  <wp:docPr id="863730710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373071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695" cy="929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14E64F2" w14:textId="424F1AD4" w:rsidR="00312C03" w:rsidRPr="00022B9D" w:rsidRDefault="00312C03" w:rsidP="00726AAB">
            <w:pPr>
              <w:jc w:val="center"/>
              <w:rPr>
                <w:sz w:val="24"/>
                <w:szCs w:val="24"/>
                <w:lang w:val="nl-NL"/>
              </w:rPr>
            </w:pPr>
            <w:r w:rsidRPr="00022B9D">
              <w:rPr>
                <w:sz w:val="24"/>
                <w:szCs w:val="24"/>
                <w:lang w:val="nl-NL"/>
              </w:rPr>
              <w:t xml:space="preserve">Wat is de schuine zijde van </w:t>
            </w:r>
            <w:r w:rsidR="00B0791B" w:rsidRPr="00022B9D">
              <w:rPr>
                <w:sz w:val="24"/>
                <w:szCs w:val="24"/>
                <w:lang w:val="nl-NL"/>
              </w:rPr>
              <w:t>deze driehoek?</w:t>
            </w:r>
          </w:p>
        </w:tc>
        <w:tc>
          <w:tcPr>
            <w:tcW w:w="4727" w:type="dxa"/>
            <w:shd w:val="clear" w:color="auto" w:fill="DDEBF7"/>
          </w:tcPr>
          <w:p w14:paraId="74ABDC2C" w14:textId="4B3D356B" w:rsidR="00E423B0" w:rsidRPr="00022B9D" w:rsidRDefault="00AA21CA" w:rsidP="00726AAB">
            <w:pPr>
              <w:jc w:val="center"/>
              <w:rPr>
                <w:sz w:val="24"/>
                <w:szCs w:val="24"/>
                <w:lang w:val="nl-NL"/>
              </w:rPr>
            </w:pPr>
            <w:r w:rsidRPr="00022B9D">
              <w:rPr>
                <w:sz w:val="24"/>
                <w:szCs w:val="24"/>
                <w:lang w:val="nl-NL"/>
              </w:rPr>
              <w:drawing>
                <wp:anchor distT="0" distB="0" distL="114300" distR="114300" simplePos="0" relativeHeight="251663360" behindDoc="1" locked="0" layoutInCell="1" allowOverlap="1" wp14:anchorId="0ECC07B0" wp14:editId="21D272E7">
                  <wp:simplePos x="0" y="0"/>
                  <wp:positionH relativeFrom="column">
                    <wp:posOffset>1269538</wp:posOffset>
                  </wp:positionH>
                  <wp:positionV relativeFrom="paragraph">
                    <wp:posOffset>117764</wp:posOffset>
                  </wp:positionV>
                  <wp:extent cx="1568450" cy="870585"/>
                  <wp:effectExtent l="0" t="0" r="0" b="5715"/>
                  <wp:wrapTight wrapText="bothSides">
                    <wp:wrapPolygon edited="0">
                      <wp:start x="0" y="0"/>
                      <wp:lineTo x="0" y="21269"/>
                      <wp:lineTo x="21250" y="21269"/>
                      <wp:lineTo x="21250" y="0"/>
                      <wp:lineTo x="0" y="0"/>
                    </wp:wrapPolygon>
                  </wp:wrapTight>
                  <wp:docPr id="1121890203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890203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8450" cy="870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835F9F" w14:textId="0624C243" w:rsidR="00726AAB" w:rsidRPr="00022B9D" w:rsidRDefault="00E423B0" w:rsidP="00726AAB">
            <w:pPr>
              <w:jc w:val="center"/>
              <w:rPr>
                <w:sz w:val="24"/>
                <w:szCs w:val="24"/>
                <w:lang w:val="nl-NL"/>
              </w:rPr>
            </w:pPr>
            <w:r w:rsidRPr="00022B9D">
              <w:rPr>
                <w:sz w:val="24"/>
                <w:szCs w:val="24"/>
                <w:lang w:val="nl-NL"/>
              </w:rPr>
              <w:t xml:space="preserve">Bereken de lengte van </w:t>
            </w:r>
            <m:oMath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KM.</m:t>
              </m:r>
            </m:oMath>
            <w:r w:rsidR="00AA21CA" w:rsidRPr="00022B9D">
              <w:rPr>
                <w:sz w:val="24"/>
                <w:szCs w:val="24"/>
                <w:lang w:val="nl-NL"/>
              </w:rPr>
              <w:t xml:space="preserve"> Rond af op 2 decimalen.</w:t>
            </w:r>
          </w:p>
        </w:tc>
        <w:tc>
          <w:tcPr>
            <w:tcW w:w="4728" w:type="dxa"/>
            <w:shd w:val="clear" w:color="auto" w:fill="F2DCDB"/>
          </w:tcPr>
          <w:p w14:paraId="5C221BBA" w14:textId="77777777" w:rsidR="00556151" w:rsidRPr="00864468" w:rsidRDefault="00556151" w:rsidP="00726AAB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</w:p>
          <w:p w14:paraId="2DEBB7A1" w14:textId="77777777" w:rsidR="00556151" w:rsidRPr="00864468" w:rsidRDefault="00556151" w:rsidP="00726AAB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</w:p>
          <w:p w14:paraId="65F82A14" w14:textId="69C16BC2" w:rsidR="00726AAB" w:rsidRPr="00726AAB" w:rsidRDefault="00556151" w:rsidP="00726AAB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 w:rsidRPr="00864468">
              <w:rPr>
                <w:color w:val="000000" w:themeColor="text1"/>
                <w:sz w:val="24"/>
                <w:szCs w:val="24"/>
                <w:lang w:val="nl-NL"/>
              </w:rPr>
              <w:t xml:space="preserve">Bereken de afstand tussen de punten 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E(1,-3)</m:t>
              </m:r>
            </m:oMath>
            <w:r w:rsidRPr="00864468">
              <w:rPr>
                <w:color w:val="000000" w:themeColor="text1"/>
                <w:sz w:val="24"/>
                <w:szCs w:val="24"/>
                <w:lang w:val="nl-NL"/>
              </w:rPr>
              <w:t xml:space="preserve"> en 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F(</m:t>
              </m:r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-5,-5)</m:t>
              </m:r>
            </m:oMath>
            <w:r w:rsidR="00AA21CA" w:rsidRPr="00864468">
              <w:rPr>
                <w:color w:val="000000" w:themeColor="text1"/>
                <w:sz w:val="24"/>
                <w:szCs w:val="24"/>
                <w:lang w:val="nl-NL"/>
              </w:rPr>
              <w:t xml:space="preserve"> </w:t>
            </w:r>
          </w:p>
        </w:tc>
      </w:tr>
    </w:tbl>
    <w:p w14:paraId="5D4C6AD6" w14:textId="31E07587" w:rsidR="002708EE" w:rsidRDefault="002708EE" w:rsidP="00FA5B53">
      <w:pPr>
        <w:rPr>
          <w:lang w:val="nl-NL"/>
        </w:rPr>
      </w:pPr>
    </w:p>
    <w:p w14:paraId="0B09773D" w14:textId="77777777" w:rsidR="002708EE" w:rsidRDefault="002708EE">
      <w:pPr>
        <w:rPr>
          <w:lang w:val="nl-NL"/>
        </w:rPr>
      </w:pPr>
      <w:r>
        <w:rPr>
          <w:lang w:val="nl-NL"/>
        </w:rPr>
        <w:br w:type="page"/>
      </w:r>
    </w:p>
    <w:tbl>
      <w:tblPr>
        <w:tblStyle w:val="Tabelraster"/>
        <w:tblpPr w:leftFromText="141" w:rightFromText="141" w:vertAnchor="page" w:horzAnchor="margin" w:tblpXSpec="center" w:tblpY="1933"/>
        <w:tblW w:w="14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727"/>
        <w:gridCol w:w="4728"/>
      </w:tblGrid>
      <w:tr w:rsidR="002B732C" w:rsidRPr="00312C03" w14:paraId="44BD8449" w14:textId="77777777" w:rsidTr="00451A15">
        <w:trPr>
          <w:trHeight w:val="1828"/>
        </w:trPr>
        <w:tc>
          <w:tcPr>
            <w:tcW w:w="4727" w:type="dxa"/>
            <w:shd w:val="clear" w:color="auto" w:fill="E2EFDA"/>
          </w:tcPr>
          <w:p w14:paraId="359BD6B4" w14:textId="77777777" w:rsidR="002B732C" w:rsidRDefault="002B732C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14943DCA" w14:textId="77777777" w:rsidR="00C85756" w:rsidRDefault="00C85756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053025AC" w14:textId="1D8D470B" w:rsidR="00C85756" w:rsidRPr="00D661DF" w:rsidRDefault="00C85756" w:rsidP="002B732C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Het schuine dak is </w:t>
            </w:r>
            <w:r w:rsidR="001D1D47">
              <w:rPr>
                <w:sz w:val="28"/>
                <w:szCs w:val="28"/>
                <w:lang w:val="nl-NL"/>
              </w:rPr>
              <w:t>3,20 m.</w:t>
            </w:r>
          </w:p>
        </w:tc>
        <w:tc>
          <w:tcPr>
            <w:tcW w:w="4727" w:type="dxa"/>
            <w:shd w:val="clear" w:color="auto" w:fill="FFF2CC"/>
          </w:tcPr>
          <w:p w14:paraId="26F80D0B" w14:textId="77777777" w:rsidR="002B732C" w:rsidRPr="00D661DF" w:rsidRDefault="002B732C" w:rsidP="002B732C">
            <w:pPr>
              <w:spacing w:after="200" w:line="276" w:lineRule="auto"/>
              <w:jc w:val="center"/>
              <w:rPr>
                <w:sz w:val="28"/>
                <w:szCs w:val="28"/>
                <w:lang w:val="nl-NL"/>
              </w:rPr>
            </w:pPr>
          </w:p>
          <w:p w14:paraId="2321E80A" w14:textId="2749A097" w:rsidR="00D661DF" w:rsidRPr="00D661DF" w:rsidRDefault="00D661DF" w:rsidP="002B732C">
            <w:pPr>
              <w:spacing w:after="200" w:line="276" w:lineRule="auto"/>
              <w:jc w:val="center"/>
              <w:rPr>
                <w:sz w:val="28"/>
                <w:szCs w:val="28"/>
                <w:lang w:val="nl-NL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 xml:space="preserve">PQ </m:t>
              </m:r>
            </m:oMath>
            <w:r w:rsidRPr="00D661DF">
              <w:rPr>
                <w:sz w:val="28"/>
                <w:szCs w:val="28"/>
                <w:lang w:val="nl-NL"/>
              </w:rPr>
              <w:t xml:space="preserve">en </w:t>
            </w:r>
            <m:oMath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PR</m:t>
              </m:r>
            </m:oMath>
          </w:p>
        </w:tc>
        <w:tc>
          <w:tcPr>
            <w:tcW w:w="4728" w:type="dxa"/>
            <w:shd w:val="clear" w:color="auto" w:fill="DDEBF7"/>
          </w:tcPr>
          <w:p w14:paraId="425E934D" w14:textId="77777777" w:rsidR="002B732C" w:rsidRDefault="002B732C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5D6BE001" w14:textId="77777777" w:rsidR="00566889" w:rsidRDefault="00566889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66CF9615" w14:textId="720708DD" w:rsidR="00566889" w:rsidRPr="00D661DF" w:rsidRDefault="00566889" w:rsidP="002B732C">
            <w:pPr>
              <w:jc w:val="center"/>
              <w:rPr>
                <w:sz w:val="28"/>
                <w:szCs w:val="28"/>
                <w:lang w:val="nl-NL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AB=</m:t>
              </m:r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6,4</m:t>
              </m:r>
            </m:oMath>
            <w:r w:rsidR="00E8578E">
              <w:rPr>
                <w:sz w:val="28"/>
                <w:szCs w:val="28"/>
                <w:lang w:val="nl-NL"/>
              </w:rPr>
              <w:t xml:space="preserve"> cm</w:t>
            </w:r>
          </w:p>
        </w:tc>
      </w:tr>
      <w:tr w:rsidR="002B732C" w:rsidRPr="00312C03" w14:paraId="02AF9440" w14:textId="77777777" w:rsidTr="00451A15">
        <w:trPr>
          <w:trHeight w:val="1912"/>
        </w:trPr>
        <w:tc>
          <w:tcPr>
            <w:tcW w:w="4727" w:type="dxa"/>
            <w:shd w:val="clear" w:color="auto" w:fill="F2DCDB"/>
          </w:tcPr>
          <w:p w14:paraId="6AC28108" w14:textId="77777777" w:rsidR="002B732C" w:rsidRDefault="002B732C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33D16A17" w14:textId="77777777" w:rsidR="00EC5709" w:rsidRDefault="00EC5709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3588CA7F" w14:textId="00BC59D2" w:rsidR="00EC5709" w:rsidRPr="00D661DF" w:rsidRDefault="00EC5709" w:rsidP="002B732C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Deze driehoek is </w:t>
            </w:r>
            <w:r w:rsidR="008D786A">
              <w:rPr>
                <w:sz w:val="28"/>
                <w:szCs w:val="28"/>
                <w:lang w:val="nl-NL"/>
              </w:rPr>
              <w:t>niet rechthoekig</w:t>
            </w:r>
          </w:p>
        </w:tc>
        <w:tc>
          <w:tcPr>
            <w:tcW w:w="4727" w:type="dxa"/>
            <w:shd w:val="clear" w:color="auto" w:fill="E2EFDA"/>
          </w:tcPr>
          <w:p w14:paraId="53FC7325" w14:textId="77777777" w:rsidR="002B732C" w:rsidRDefault="002B732C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4985C77A" w14:textId="77777777" w:rsidR="008E4F9A" w:rsidRDefault="008E4F9A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5BCD4C24" w14:textId="74D9491A" w:rsidR="008E4F9A" w:rsidRPr="00D661DF" w:rsidRDefault="008E4F9A" w:rsidP="002B732C">
            <w:pPr>
              <w:jc w:val="center"/>
              <w:rPr>
                <w:sz w:val="28"/>
                <w:szCs w:val="28"/>
                <w:lang w:val="nl-NL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EG=</m:t>
              </m:r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8,9</m:t>
              </m:r>
            </m:oMath>
            <w:r w:rsidR="00B138A8">
              <w:rPr>
                <w:sz w:val="28"/>
                <w:szCs w:val="28"/>
                <w:lang w:val="nl-NL"/>
              </w:rPr>
              <w:t xml:space="preserve"> cm</w:t>
            </w:r>
          </w:p>
        </w:tc>
        <w:tc>
          <w:tcPr>
            <w:tcW w:w="4728" w:type="dxa"/>
            <w:shd w:val="clear" w:color="auto" w:fill="FFF2CC"/>
          </w:tcPr>
          <w:p w14:paraId="58FE49B2" w14:textId="77777777" w:rsidR="002B732C" w:rsidRDefault="002B732C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1D6B63AB" w14:textId="77777777" w:rsidR="00FF6F19" w:rsidRDefault="00FF6F19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6DEEF165" w14:textId="01746DF1" w:rsidR="00FF6F19" w:rsidRPr="00D661DF" w:rsidRDefault="00FF6F19" w:rsidP="002B732C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nl-NL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nl-NL"/>
                      </w:rPr>
                      <m:t>AB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nl-NL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nl-NL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nl-NL"/>
                      </w:rPr>
                      <m:t>AC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nl-NL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nl-NL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nl-NL"/>
                      </w:rPr>
                      <m:t>BC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nl-NL"/>
                      </w:rPr>
                      <m:t>2</m:t>
                    </m:r>
                  </m:sup>
                </m:sSup>
              </m:oMath>
            </m:oMathPara>
          </w:p>
        </w:tc>
      </w:tr>
      <w:tr w:rsidR="002B732C" w:rsidRPr="00312C03" w14:paraId="64DCB532" w14:textId="77777777" w:rsidTr="00451A15">
        <w:trPr>
          <w:trHeight w:val="1828"/>
        </w:trPr>
        <w:tc>
          <w:tcPr>
            <w:tcW w:w="4727" w:type="dxa"/>
            <w:shd w:val="clear" w:color="auto" w:fill="DDEBF7"/>
          </w:tcPr>
          <w:p w14:paraId="5C2381A2" w14:textId="77777777" w:rsidR="002B732C" w:rsidRDefault="002B732C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47F9FB8A" w14:textId="77777777" w:rsidR="00E8578E" w:rsidRDefault="00E8578E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24D705BD" w14:textId="1535C71B" w:rsidR="00E8578E" w:rsidRPr="00D661DF" w:rsidRDefault="00E8578E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m:oMath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nl-NL"/>
                </w:rPr>
                <m:t>QR=</m:t>
              </m:r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nl-NL"/>
                </w:rPr>
                <m:t>7,4</m:t>
              </m:r>
            </m:oMath>
            <w:r w:rsidR="00CF0210">
              <w:rPr>
                <w:color w:val="000000" w:themeColor="text1"/>
                <w:sz w:val="28"/>
                <w:szCs w:val="28"/>
                <w:lang w:val="nl-NL"/>
              </w:rPr>
              <w:t xml:space="preserve"> cm</w:t>
            </w:r>
          </w:p>
        </w:tc>
        <w:tc>
          <w:tcPr>
            <w:tcW w:w="4727" w:type="dxa"/>
            <w:shd w:val="clear" w:color="auto" w:fill="F2DCDB"/>
          </w:tcPr>
          <w:p w14:paraId="4FF3AB23" w14:textId="77777777" w:rsidR="002B732C" w:rsidRDefault="002B732C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5F0C08D2" w14:textId="77777777" w:rsidR="00F72BF0" w:rsidRDefault="00F72BF0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6803D6C3" w14:textId="2C2B76B1" w:rsidR="00F72BF0" w:rsidRPr="00D661DF" w:rsidRDefault="00F72BF0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>Deze driehoek is rechthoekig</w:t>
            </w:r>
          </w:p>
        </w:tc>
        <w:tc>
          <w:tcPr>
            <w:tcW w:w="4728" w:type="dxa"/>
            <w:shd w:val="clear" w:color="auto" w:fill="E2EFDA"/>
          </w:tcPr>
          <w:p w14:paraId="147A1164" w14:textId="77777777" w:rsidR="002B732C" w:rsidRDefault="002B732C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53E3C410" w14:textId="77777777" w:rsidR="00A46160" w:rsidRDefault="00A46160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5CE2E240" w14:textId="070E8A7E" w:rsidR="00A46160" w:rsidRDefault="008122C7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 xml:space="preserve">De hoogte van de tent is </w:t>
            </w:r>
            <w:r w:rsidR="00A46160">
              <w:rPr>
                <w:color w:val="000000" w:themeColor="text1"/>
                <w:sz w:val="28"/>
                <w:szCs w:val="28"/>
                <w:lang w:val="nl-NL"/>
              </w:rPr>
              <w:t xml:space="preserve">1,78, </w:t>
            </w:r>
          </w:p>
          <w:p w14:paraId="7652E309" w14:textId="72C3CED6" w:rsidR="008122C7" w:rsidRPr="00D661DF" w:rsidRDefault="00A46160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>dus Joris kan in de tent staan.</w:t>
            </w:r>
          </w:p>
        </w:tc>
      </w:tr>
      <w:tr w:rsidR="002B732C" w:rsidRPr="00312C03" w14:paraId="0AB55D61" w14:textId="77777777" w:rsidTr="00451A15">
        <w:trPr>
          <w:trHeight w:val="1912"/>
        </w:trPr>
        <w:tc>
          <w:tcPr>
            <w:tcW w:w="4727" w:type="dxa"/>
            <w:shd w:val="clear" w:color="auto" w:fill="FFF2CC"/>
          </w:tcPr>
          <w:p w14:paraId="7882F7F1" w14:textId="77777777" w:rsidR="002B732C" w:rsidRPr="00D661DF" w:rsidRDefault="002B732C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5A9BA29B" w14:textId="77777777" w:rsidR="00B0791B" w:rsidRPr="00D661DF" w:rsidRDefault="00B0791B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022032C8" w14:textId="6F4BBB70" w:rsidR="00B0791B" w:rsidRPr="00D661DF" w:rsidRDefault="00B0791B" w:rsidP="002B732C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DE</m:t>
                </m:r>
              </m:oMath>
            </m:oMathPara>
          </w:p>
        </w:tc>
        <w:tc>
          <w:tcPr>
            <w:tcW w:w="4727" w:type="dxa"/>
            <w:shd w:val="clear" w:color="auto" w:fill="DDEBF7"/>
          </w:tcPr>
          <w:p w14:paraId="1CCC07E4" w14:textId="77777777" w:rsidR="002B732C" w:rsidRDefault="002B732C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6A8BB7AC" w14:textId="77777777" w:rsidR="00022B9D" w:rsidRDefault="00022B9D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2848E08C" w14:textId="750405CB" w:rsidR="00022B9D" w:rsidRPr="00D661DF" w:rsidRDefault="00022B9D" w:rsidP="002B732C">
            <w:pPr>
              <w:jc w:val="center"/>
              <w:rPr>
                <w:sz w:val="28"/>
                <w:szCs w:val="28"/>
                <w:lang w:val="nl-NL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KM=2,47</m:t>
              </m:r>
            </m:oMath>
            <w:r>
              <w:rPr>
                <w:sz w:val="28"/>
                <w:szCs w:val="28"/>
                <w:lang w:val="nl-NL"/>
              </w:rPr>
              <w:t xml:space="preserve"> m</w:t>
            </w:r>
          </w:p>
        </w:tc>
        <w:tc>
          <w:tcPr>
            <w:tcW w:w="4728" w:type="dxa"/>
            <w:shd w:val="clear" w:color="auto" w:fill="F2DCDB"/>
          </w:tcPr>
          <w:p w14:paraId="3D5FFF36" w14:textId="77777777" w:rsidR="002B732C" w:rsidRDefault="002B732C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5ABB255C" w14:textId="77777777" w:rsidR="000C5B7D" w:rsidRDefault="000C5B7D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0EDB360E" w14:textId="596DDFB0" w:rsidR="000C5B7D" w:rsidRPr="00D661DF" w:rsidRDefault="000C5B7D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 xml:space="preserve">Afstand = </w:t>
            </w:r>
            <w:r w:rsidR="00A57F61">
              <w:rPr>
                <w:color w:val="000000" w:themeColor="text1"/>
                <w:sz w:val="28"/>
                <w:szCs w:val="28"/>
                <w:lang w:val="nl-NL"/>
              </w:rPr>
              <w:t>10</w:t>
            </w:r>
          </w:p>
        </w:tc>
      </w:tr>
    </w:tbl>
    <w:p w14:paraId="36749763" w14:textId="0D1887E4" w:rsidR="00AC737E" w:rsidRPr="005F78E6" w:rsidRDefault="005F78E6" w:rsidP="00FA5B53">
      <w:pPr>
        <w:rPr>
          <w:rFonts w:ascii="Aptos" w:eastAsiaTheme="majorEastAsia" w:hAnsi="Aptos" w:cstheme="majorBidi"/>
          <w:color w:val="000000" w:themeColor="text1"/>
          <w:sz w:val="40"/>
          <w:szCs w:val="40"/>
        </w:rPr>
      </w:pPr>
      <w:proofErr w:type="spellStart"/>
      <w:r w:rsidRPr="005F78E6">
        <w:rPr>
          <w:rFonts w:ascii="Aptos" w:eastAsiaTheme="majorEastAsia" w:hAnsi="Aptos" w:cstheme="majorBidi"/>
          <w:color w:val="000000" w:themeColor="text1"/>
          <w:sz w:val="40"/>
          <w:szCs w:val="40"/>
        </w:rPr>
        <w:t>Antwoorden</w:t>
      </w:r>
      <w:proofErr w:type="spellEnd"/>
    </w:p>
    <w:sectPr w:rsidR="00AC737E" w:rsidRPr="005F78E6" w:rsidSect="002B569B">
      <w:pgSz w:w="15840" w:h="12240" w:orient="landscape"/>
      <w:pgMar w:top="851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6951283">
    <w:abstractNumId w:val="8"/>
  </w:num>
  <w:num w:numId="2" w16cid:durableId="1339307003">
    <w:abstractNumId w:val="6"/>
  </w:num>
  <w:num w:numId="3" w16cid:durableId="1548443883">
    <w:abstractNumId w:val="5"/>
  </w:num>
  <w:num w:numId="4" w16cid:durableId="1941645730">
    <w:abstractNumId w:val="4"/>
  </w:num>
  <w:num w:numId="5" w16cid:durableId="1558085291">
    <w:abstractNumId w:val="7"/>
  </w:num>
  <w:num w:numId="6" w16cid:durableId="1728140441">
    <w:abstractNumId w:val="3"/>
  </w:num>
  <w:num w:numId="7" w16cid:durableId="916669939">
    <w:abstractNumId w:val="2"/>
  </w:num>
  <w:num w:numId="8" w16cid:durableId="1480998992">
    <w:abstractNumId w:val="1"/>
  </w:num>
  <w:num w:numId="9" w16cid:durableId="97874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B9D"/>
    <w:rsid w:val="00034616"/>
    <w:rsid w:val="00046EE1"/>
    <w:rsid w:val="0006063C"/>
    <w:rsid w:val="00076352"/>
    <w:rsid w:val="000C5B7D"/>
    <w:rsid w:val="0015074B"/>
    <w:rsid w:val="001C1BAD"/>
    <w:rsid w:val="001D1D47"/>
    <w:rsid w:val="002708EE"/>
    <w:rsid w:val="0029639D"/>
    <w:rsid w:val="002B569B"/>
    <w:rsid w:val="002B732C"/>
    <w:rsid w:val="00312C03"/>
    <w:rsid w:val="00326F90"/>
    <w:rsid w:val="00331A17"/>
    <w:rsid w:val="0047121D"/>
    <w:rsid w:val="00556151"/>
    <w:rsid w:val="00566889"/>
    <w:rsid w:val="005E0CFC"/>
    <w:rsid w:val="005F72C4"/>
    <w:rsid w:val="005F78E6"/>
    <w:rsid w:val="0067396C"/>
    <w:rsid w:val="006F6261"/>
    <w:rsid w:val="00726AAB"/>
    <w:rsid w:val="00763369"/>
    <w:rsid w:val="008122C7"/>
    <w:rsid w:val="00826E2C"/>
    <w:rsid w:val="00864468"/>
    <w:rsid w:val="008766B0"/>
    <w:rsid w:val="008D786A"/>
    <w:rsid w:val="008E4F9A"/>
    <w:rsid w:val="0090446A"/>
    <w:rsid w:val="009840CF"/>
    <w:rsid w:val="009C7A47"/>
    <w:rsid w:val="00A46160"/>
    <w:rsid w:val="00A57F61"/>
    <w:rsid w:val="00AA1D8D"/>
    <w:rsid w:val="00AA21CA"/>
    <w:rsid w:val="00AC737E"/>
    <w:rsid w:val="00B0791B"/>
    <w:rsid w:val="00B138A8"/>
    <w:rsid w:val="00B47730"/>
    <w:rsid w:val="00C2457B"/>
    <w:rsid w:val="00C70708"/>
    <w:rsid w:val="00C85756"/>
    <w:rsid w:val="00CB0664"/>
    <w:rsid w:val="00CE70D4"/>
    <w:rsid w:val="00CF0210"/>
    <w:rsid w:val="00D03361"/>
    <w:rsid w:val="00D661DF"/>
    <w:rsid w:val="00D92AF7"/>
    <w:rsid w:val="00DD662A"/>
    <w:rsid w:val="00E06E43"/>
    <w:rsid w:val="00E33F7A"/>
    <w:rsid w:val="00E423B0"/>
    <w:rsid w:val="00E77913"/>
    <w:rsid w:val="00E8578E"/>
    <w:rsid w:val="00EC5709"/>
    <w:rsid w:val="00F72BF0"/>
    <w:rsid w:val="00FA5B53"/>
    <w:rsid w:val="00FC693F"/>
    <w:rsid w:val="00FF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475354"/>
  <w14:defaultImageDpi w14:val="300"/>
  <w15:docId w15:val="{C1F9D287-F7FE-4D3F-863F-836BAC0F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B0791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155</Words>
  <Characters>857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Frederieke van Perlo</cp:lastModifiedBy>
  <cp:revision>29</cp:revision>
  <cp:lastPrinted>2025-10-04T12:21:00Z</cp:lastPrinted>
  <dcterms:created xsi:type="dcterms:W3CDTF">2026-07-06T09:34:00Z</dcterms:created>
  <dcterms:modified xsi:type="dcterms:W3CDTF">2026-07-06T09:58:00Z</dcterms:modified>
  <cp:category/>
</cp:coreProperties>
</file>