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page" w:horzAnchor="margin" w:tblpXSpec="center" w:tblpY="101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0"/>
        <w:gridCol w:w="2920"/>
        <w:gridCol w:w="2920"/>
        <w:gridCol w:w="2920"/>
      </w:tblGrid>
      <w:tr w:rsidR="00FA5B53" w14:paraId="47F1F3A9" w14:textId="77777777" w:rsidTr="00046EE1">
        <w:trPr>
          <w:trHeight w:val="1136"/>
        </w:trPr>
        <w:tc>
          <w:tcPr>
            <w:tcW w:w="2920" w:type="dxa"/>
            <w:shd w:val="clear" w:color="auto" w:fill="FFF2CC"/>
            <w:vAlign w:val="center"/>
          </w:tcPr>
          <w:p w14:paraId="0C59BC04" w14:textId="77777777" w:rsidR="00FA5B53" w:rsidRPr="00826E2C" w:rsidRDefault="00FA5B53" w:rsidP="00FA5B53">
            <w:pPr>
              <w:jc w:val="center"/>
              <w:rPr>
                <w:rFonts w:ascii="Aptos" w:hAnsi="Aptos"/>
                <w:sz w:val="40"/>
                <w:szCs w:val="40"/>
              </w:rPr>
            </w:pPr>
            <w:r w:rsidRPr="00826E2C">
              <w:rPr>
                <w:rFonts w:ascii="Aptos" w:hAnsi="Aptos"/>
                <w:sz w:val="40"/>
                <w:szCs w:val="40"/>
              </w:rPr>
              <w:t>1 punt</w:t>
            </w:r>
          </w:p>
        </w:tc>
        <w:tc>
          <w:tcPr>
            <w:tcW w:w="2920" w:type="dxa"/>
            <w:shd w:val="clear" w:color="auto" w:fill="DDEBF7"/>
            <w:vAlign w:val="center"/>
          </w:tcPr>
          <w:p w14:paraId="698EAEE1" w14:textId="77777777" w:rsidR="00FA5B53" w:rsidRPr="00826E2C" w:rsidRDefault="00FA5B53" w:rsidP="00FA5B53">
            <w:pPr>
              <w:jc w:val="center"/>
              <w:rPr>
                <w:rFonts w:ascii="Aptos" w:hAnsi="Aptos"/>
                <w:sz w:val="40"/>
                <w:szCs w:val="40"/>
              </w:rPr>
            </w:pPr>
            <w:r w:rsidRPr="00826E2C">
              <w:rPr>
                <w:rFonts w:ascii="Aptos" w:hAnsi="Aptos"/>
                <w:sz w:val="40"/>
                <w:szCs w:val="40"/>
              </w:rPr>
              <w:t xml:space="preserve">2 </w:t>
            </w:r>
            <w:proofErr w:type="spellStart"/>
            <w:r w:rsidRPr="00826E2C">
              <w:rPr>
                <w:rFonts w:ascii="Aptos" w:hAnsi="Aptos"/>
                <w:sz w:val="40"/>
                <w:szCs w:val="40"/>
              </w:rPr>
              <w:t>punten</w:t>
            </w:r>
            <w:proofErr w:type="spellEnd"/>
          </w:p>
        </w:tc>
        <w:tc>
          <w:tcPr>
            <w:tcW w:w="2920" w:type="dxa"/>
            <w:shd w:val="clear" w:color="auto" w:fill="F2DCDB"/>
            <w:vAlign w:val="center"/>
          </w:tcPr>
          <w:p w14:paraId="21D7EE3E" w14:textId="77777777" w:rsidR="00FA5B53" w:rsidRPr="00826E2C" w:rsidRDefault="00FA5B53" w:rsidP="00FA5B53">
            <w:pPr>
              <w:jc w:val="center"/>
              <w:rPr>
                <w:rFonts w:ascii="Aptos" w:hAnsi="Aptos"/>
                <w:sz w:val="40"/>
                <w:szCs w:val="40"/>
              </w:rPr>
            </w:pPr>
            <w:r w:rsidRPr="00826E2C">
              <w:rPr>
                <w:rFonts w:ascii="Aptos" w:hAnsi="Aptos"/>
                <w:sz w:val="40"/>
                <w:szCs w:val="40"/>
              </w:rPr>
              <w:t xml:space="preserve">3 </w:t>
            </w:r>
            <w:proofErr w:type="spellStart"/>
            <w:r w:rsidRPr="00826E2C">
              <w:rPr>
                <w:rFonts w:ascii="Aptos" w:hAnsi="Aptos"/>
                <w:sz w:val="40"/>
                <w:szCs w:val="40"/>
              </w:rPr>
              <w:t>punten</w:t>
            </w:r>
            <w:proofErr w:type="spellEnd"/>
          </w:p>
        </w:tc>
        <w:tc>
          <w:tcPr>
            <w:tcW w:w="2920" w:type="dxa"/>
            <w:shd w:val="clear" w:color="auto" w:fill="E2EFDA"/>
            <w:vAlign w:val="center"/>
          </w:tcPr>
          <w:p w14:paraId="73DB87B4" w14:textId="77777777" w:rsidR="00FA5B53" w:rsidRPr="00826E2C" w:rsidRDefault="00FA5B53" w:rsidP="00FA5B53">
            <w:pPr>
              <w:jc w:val="center"/>
              <w:rPr>
                <w:rFonts w:ascii="Aptos" w:hAnsi="Aptos"/>
                <w:sz w:val="40"/>
                <w:szCs w:val="40"/>
              </w:rPr>
            </w:pPr>
            <w:r w:rsidRPr="00826E2C">
              <w:rPr>
                <w:rFonts w:ascii="Aptos" w:hAnsi="Aptos"/>
                <w:sz w:val="40"/>
                <w:szCs w:val="40"/>
              </w:rPr>
              <w:t xml:space="preserve">4 </w:t>
            </w:r>
            <w:proofErr w:type="spellStart"/>
            <w:r w:rsidRPr="00826E2C">
              <w:rPr>
                <w:rFonts w:ascii="Aptos" w:hAnsi="Aptos"/>
                <w:sz w:val="40"/>
                <w:szCs w:val="40"/>
              </w:rPr>
              <w:t>punten</w:t>
            </w:r>
            <w:proofErr w:type="spellEnd"/>
          </w:p>
        </w:tc>
      </w:tr>
    </w:tbl>
    <w:p w14:paraId="3B4B6FAD" w14:textId="7AE453DA" w:rsidR="00AC737E" w:rsidRPr="00826E2C" w:rsidRDefault="00AC737E" w:rsidP="00AC737E">
      <w:pPr>
        <w:pStyle w:val="Kop1"/>
        <w:rPr>
          <w:rFonts w:ascii="Aptos" w:hAnsi="Aptos"/>
          <w:b w:val="0"/>
          <w:bCs w:val="0"/>
          <w:color w:val="000000" w:themeColor="text1"/>
          <w:sz w:val="40"/>
          <w:szCs w:val="40"/>
        </w:rPr>
      </w:pPr>
      <w:proofErr w:type="spellStart"/>
      <w:r w:rsidRPr="00826E2C">
        <w:rPr>
          <w:rFonts w:ascii="Aptos" w:hAnsi="Aptos"/>
          <w:b w:val="0"/>
          <w:bCs w:val="0"/>
          <w:color w:val="000000" w:themeColor="text1"/>
          <w:sz w:val="40"/>
          <w:szCs w:val="40"/>
        </w:rPr>
        <w:t>Kennisactivatieraster</w:t>
      </w:r>
      <w:proofErr w:type="spellEnd"/>
      <w:r w:rsidR="00CF73C3">
        <w:rPr>
          <w:rFonts w:ascii="Aptos" w:hAnsi="Aptos"/>
          <w:b w:val="0"/>
          <w:bCs w:val="0"/>
          <w:color w:val="000000" w:themeColor="text1"/>
          <w:sz w:val="40"/>
          <w:szCs w:val="40"/>
        </w:rPr>
        <w:t xml:space="preserve"> </w:t>
      </w:r>
      <w:proofErr w:type="spellStart"/>
      <w:r w:rsidR="00CF73C3">
        <w:rPr>
          <w:rFonts w:ascii="Aptos" w:hAnsi="Aptos"/>
          <w:b w:val="0"/>
          <w:bCs w:val="0"/>
          <w:color w:val="000000" w:themeColor="text1"/>
          <w:sz w:val="40"/>
          <w:szCs w:val="40"/>
        </w:rPr>
        <w:t>Goniometrie</w:t>
      </w:r>
      <w:proofErr w:type="spellEnd"/>
    </w:p>
    <w:tbl>
      <w:tblPr>
        <w:tblStyle w:val="Tabelraster"/>
        <w:tblpPr w:leftFromText="141" w:rightFromText="141" w:vertAnchor="page" w:horzAnchor="margin" w:tblpXSpec="center" w:tblpY="1933"/>
        <w:tblW w:w="14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7"/>
        <w:gridCol w:w="4727"/>
        <w:gridCol w:w="4728"/>
      </w:tblGrid>
      <w:tr w:rsidR="001F444D" w14:paraId="271962F2" w14:textId="77777777" w:rsidTr="00046EE1">
        <w:trPr>
          <w:trHeight w:val="1828"/>
        </w:trPr>
        <w:tc>
          <w:tcPr>
            <w:tcW w:w="4727" w:type="dxa"/>
            <w:shd w:val="clear" w:color="auto" w:fill="E2EFDA"/>
          </w:tcPr>
          <w:p w14:paraId="4D08039A" w14:textId="77777777" w:rsidR="001F444D" w:rsidRPr="006B55BD" w:rsidRDefault="001F444D" w:rsidP="002850A3">
            <w:pPr>
              <w:jc w:val="center"/>
              <w:rPr>
                <w:color w:val="000000" w:themeColor="text1"/>
                <w:sz w:val="28"/>
                <w:szCs w:val="28"/>
                <w:lang w:val="en-GB"/>
              </w:rPr>
            </w:pPr>
          </w:p>
          <w:p w14:paraId="0FD5857F" w14:textId="477F02B0" w:rsidR="001F444D" w:rsidRPr="006B55BD" w:rsidRDefault="001F444D" w:rsidP="002850A3">
            <w:pPr>
              <w:jc w:val="center"/>
              <w:rPr>
                <w:sz w:val="28"/>
                <w:szCs w:val="28"/>
                <w:lang w:val="en-GB"/>
              </w:rPr>
            </w:pPr>
            <w:proofErr w:type="spellStart"/>
            <w:r w:rsidRPr="006B55BD">
              <w:rPr>
                <w:color w:val="000000" w:themeColor="text1"/>
                <w:sz w:val="28"/>
                <w:szCs w:val="28"/>
                <w:lang w:val="en-GB"/>
              </w:rPr>
              <w:t>Primitiveer</w:t>
            </w:r>
            <w:proofErr w:type="spellEnd"/>
            <w:r w:rsidRPr="006B55BD">
              <w:rPr>
                <w:color w:val="000000" w:themeColor="text1"/>
                <w:sz w:val="28"/>
                <w:szCs w:val="28"/>
                <w:lang w:val="en-GB"/>
              </w:rPr>
              <w:t xml:space="preserve"> </w:t>
            </w:r>
            <m:oMath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</w:rPr>
                    <m:t>x</m:t>
                  </m:r>
                </m:e>
              </m:d>
              <m:r>
                <w:rPr>
                  <w:rFonts w:ascii="Cambria Math" w:hAnsi="Cambria Math"/>
                  <w:color w:val="000000" w:themeColor="text1"/>
                  <w:sz w:val="28"/>
                  <w:szCs w:val="28"/>
                  <w:lang w:val="en-GB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  <w:lang w:val="en-GB"/>
                    </w:rPr>
                    <m:t>cos</m:t>
                  </m:r>
                </m:e>
                <m:sup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000000" w:themeColor="text1"/>
                  <w:sz w:val="28"/>
                  <w:szCs w:val="28"/>
                  <w:lang w:val="en-GB"/>
                </w:rPr>
                <m:t>(2</m:t>
              </m:r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x</m:t>
              </m:r>
              <m:r>
                <w:rPr>
                  <w:rFonts w:ascii="Cambria Math" w:hAnsi="Cambria Math"/>
                  <w:color w:val="000000" w:themeColor="text1"/>
                  <w:sz w:val="28"/>
                  <w:szCs w:val="28"/>
                  <w:lang w:val="en-GB"/>
                </w:rPr>
                <m:t>)</m:t>
              </m:r>
            </m:oMath>
          </w:p>
        </w:tc>
        <w:tc>
          <w:tcPr>
            <w:tcW w:w="4727" w:type="dxa"/>
            <w:shd w:val="clear" w:color="auto" w:fill="FFF2CC"/>
          </w:tcPr>
          <w:p w14:paraId="6E96E84F" w14:textId="77777777" w:rsidR="001F444D" w:rsidRPr="006B55BD" w:rsidRDefault="001F444D" w:rsidP="002850A3">
            <w:pPr>
              <w:jc w:val="center"/>
              <w:rPr>
                <w:sz w:val="28"/>
                <w:szCs w:val="28"/>
                <w:lang w:val="en-GB"/>
              </w:rPr>
            </w:pPr>
          </w:p>
          <w:p w14:paraId="0D6F123C" w14:textId="2E5B1EC1" w:rsidR="001F444D" w:rsidRPr="00AC737E" w:rsidRDefault="001F444D" w:rsidP="002850A3">
            <w:pPr>
              <w:spacing w:after="200" w:line="276" w:lineRule="auto"/>
              <w:jc w:val="center"/>
            </w:pPr>
            <w:proofErr w:type="spellStart"/>
            <w:r w:rsidRPr="006B55BD">
              <w:rPr>
                <w:sz w:val="28"/>
                <w:szCs w:val="28"/>
              </w:rPr>
              <w:t>Bereken</w:t>
            </w:r>
            <w:proofErr w:type="spellEnd"/>
            <w:r w:rsidRPr="006B55BD">
              <w:rPr>
                <w:sz w:val="28"/>
                <w:szCs w:val="28"/>
              </w:rPr>
              <w:t xml:space="preserve"> exact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tan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6</m:t>
                          </m:r>
                        </m:den>
                      </m:f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π</m:t>
                      </m:r>
                    </m:e>
                  </m:d>
                </m:e>
              </m:func>
            </m:oMath>
          </w:p>
        </w:tc>
        <w:tc>
          <w:tcPr>
            <w:tcW w:w="4728" w:type="dxa"/>
            <w:shd w:val="clear" w:color="auto" w:fill="DDEBF7"/>
          </w:tcPr>
          <w:p w14:paraId="78B795EC" w14:textId="77777777" w:rsidR="001F444D" w:rsidRDefault="001F444D" w:rsidP="002850A3">
            <w:pPr>
              <w:jc w:val="center"/>
              <w:rPr>
                <w:sz w:val="28"/>
                <w:szCs w:val="28"/>
              </w:rPr>
            </w:pPr>
          </w:p>
          <w:p w14:paraId="35FF6756" w14:textId="77777777" w:rsidR="001F444D" w:rsidRPr="006B55BD" w:rsidRDefault="001F444D" w:rsidP="002850A3">
            <w:pPr>
              <w:jc w:val="center"/>
              <w:rPr>
                <w:sz w:val="28"/>
                <w:szCs w:val="28"/>
              </w:rPr>
            </w:pPr>
            <w:proofErr w:type="spellStart"/>
            <w:r w:rsidRPr="006B55BD">
              <w:rPr>
                <w:sz w:val="28"/>
                <w:szCs w:val="28"/>
              </w:rPr>
              <w:t>Bereken</w:t>
            </w:r>
            <w:proofErr w:type="spellEnd"/>
            <w:r w:rsidRPr="006B55BD">
              <w:rPr>
                <w:sz w:val="28"/>
                <w:szCs w:val="28"/>
              </w:rPr>
              <w:t xml:space="preserve"> de </w:t>
            </w:r>
            <w:proofErr w:type="spellStart"/>
            <w:r w:rsidRPr="006B55BD">
              <w:rPr>
                <w:sz w:val="28"/>
                <w:szCs w:val="28"/>
              </w:rPr>
              <w:t>afgeleide</w:t>
            </w:r>
            <w:proofErr w:type="spellEnd"/>
            <w:r w:rsidRPr="006B55BD">
              <w:rPr>
                <w:sz w:val="28"/>
                <w:szCs w:val="28"/>
              </w:rPr>
              <w:t xml:space="preserve"> van</w:t>
            </w:r>
          </w:p>
          <w:p w14:paraId="791B4B01" w14:textId="222C1799" w:rsidR="001F444D" w:rsidRPr="006B55BD" w:rsidRDefault="001F444D" w:rsidP="002850A3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sin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(x)</m:t>
                </m:r>
              </m:oMath>
            </m:oMathPara>
          </w:p>
        </w:tc>
      </w:tr>
      <w:tr w:rsidR="001F444D" w:rsidRPr="001F444D" w14:paraId="6E901F29" w14:textId="77777777" w:rsidTr="00046EE1">
        <w:trPr>
          <w:trHeight w:val="1912"/>
        </w:trPr>
        <w:tc>
          <w:tcPr>
            <w:tcW w:w="4727" w:type="dxa"/>
            <w:shd w:val="clear" w:color="auto" w:fill="F2DCDB"/>
          </w:tcPr>
          <w:p w14:paraId="10921BC1" w14:textId="77777777" w:rsidR="001F444D" w:rsidRPr="006B55BD" w:rsidRDefault="001F444D" w:rsidP="002850A3">
            <w:pPr>
              <w:jc w:val="center"/>
              <w:rPr>
                <w:sz w:val="28"/>
                <w:szCs w:val="28"/>
              </w:rPr>
            </w:pPr>
          </w:p>
          <w:p w14:paraId="13F5A1E1" w14:textId="503F866A" w:rsidR="001F444D" w:rsidRPr="001F444D" w:rsidRDefault="001F444D" w:rsidP="002850A3">
            <w:pPr>
              <w:jc w:val="center"/>
              <w:rPr>
                <w:sz w:val="28"/>
                <w:szCs w:val="28"/>
                <w:lang w:val="nl-NL"/>
              </w:rPr>
            </w:pPr>
            <w:r w:rsidRPr="001F444D">
              <w:rPr>
                <w:sz w:val="28"/>
                <w:szCs w:val="28"/>
                <w:lang w:val="nl-NL"/>
              </w:rPr>
              <w:t xml:space="preserve">Bereken exact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nl-NL"/>
                </w:rPr>
                <m:t>sin⁡</m:t>
              </m:r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>(</m:t>
              </m:r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>)</m:t>
              </m:r>
            </m:oMath>
            <w:r w:rsidRPr="001F444D">
              <w:rPr>
                <w:sz w:val="28"/>
                <w:szCs w:val="28"/>
                <w:lang w:val="nl-NL"/>
              </w:rPr>
              <w:t xml:space="preserve"> als gegeven is dat </w:t>
            </w:r>
            <m:oMath>
              <m:func>
                <m:func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</m:d>
                </m:e>
              </m:func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4</m:t>
                  </m:r>
                </m:den>
              </m:f>
            </m:oMath>
          </w:p>
        </w:tc>
        <w:tc>
          <w:tcPr>
            <w:tcW w:w="4727" w:type="dxa"/>
            <w:shd w:val="clear" w:color="auto" w:fill="E2EFDA"/>
          </w:tcPr>
          <w:p w14:paraId="30147F67" w14:textId="77777777" w:rsidR="001F444D" w:rsidRPr="001F444D" w:rsidRDefault="001F444D" w:rsidP="002850A3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514FDE8C" w14:textId="1D6865AA" w:rsidR="001F444D" w:rsidRPr="001F444D" w:rsidRDefault="001F444D" w:rsidP="002850A3">
            <w:pPr>
              <w:jc w:val="center"/>
              <w:rPr>
                <w:sz w:val="28"/>
                <w:szCs w:val="28"/>
                <w:lang w:val="nl-NL"/>
              </w:rPr>
            </w:pPr>
            <w:r w:rsidRPr="001F444D">
              <w:rPr>
                <w:sz w:val="28"/>
                <w:szCs w:val="28"/>
                <w:lang w:val="nl-NL"/>
              </w:rPr>
              <w:t xml:space="preserve">De asymptoten van de grafiek van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tan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nl-NL"/>
                        </w:rPr>
                        <m:t>2</m:t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</m:d>
                </m:e>
              </m:func>
            </m:oMath>
            <w:r w:rsidRPr="001F444D">
              <w:rPr>
                <w:sz w:val="28"/>
                <w:szCs w:val="28"/>
                <w:lang w:val="nl-NL"/>
              </w:rPr>
              <w:t xml:space="preserve"> zijn</w:t>
            </w:r>
          </w:p>
        </w:tc>
        <w:tc>
          <w:tcPr>
            <w:tcW w:w="4728" w:type="dxa"/>
            <w:shd w:val="clear" w:color="auto" w:fill="FFF2CC"/>
          </w:tcPr>
          <w:p w14:paraId="4910FD07" w14:textId="77777777" w:rsidR="001F444D" w:rsidRPr="001F444D" w:rsidRDefault="001F444D" w:rsidP="002850A3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2BC7E051" w14:textId="7AF8DE09" w:rsidR="001F444D" w:rsidRPr="001F444D" w:rsidRDefault="001F444D" w:rsidP="002850A3">
            <w:pPr>
              <w:jc w:val="center"/>
              <w:rPr>
                <w:sz w:val="28"/>
                <w:szCs w:val="28"/>
                <w:lang w:val="nl-NL"/>
              </w:rPr>
            </w:pPr>
            <w:r w:rsidRPr="001F444D">
              <w:rPr>
                <w:sz w:val="28"/>
                <w:szCs w:val="28"/>
                <w:lang w:val="nl-NL"/>
              </w:rPr>
              <w:t>De periode van de grafiek van</w:t>
            </w:r>
          </w:p>
          <w:p w14:paraId="2DF5570C" w14:textId="7CBD8C5B" w:rsidR="001F444D" w:rsidRPr="001F444D" w:rsidRDefault="001F444D" w:rsidP="002850A3">
            <w:pPr>
              <w:jc w:val="center"/>
              <w:rPr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y</m:t>
                </m:r>
                <m:r>
                  <w:rPr>
                    <w:rFonts w:ascii="Cambria Math" w:hAnsi="Cambria Math"/>
                    <w:sz w:val="28"/>
                    <w:szCs w:val="28"/>
                    <w:lang w:val="nl-NL"/>
                  </w:rPr>
                  <m:t>=3-2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nl-NL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nl-NL"/>
                          </w:rPr>
                          <m:t>3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x</m:t>
                            </m:r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nl-NL"/>
                              </w:rPr>
                              <m:t>-</m:t>
                            </m:r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π</m:t>
                            </m:r>
                          </m:e>
                        </m:d>
                      </m:e>
                    </m:d>
                  </m:e>
                </m:func>
              </m:oMath>
            </m:oMathPara>
          </w:p>
          <w:p w14:paraId="00198857" w14:textId="3819361C" w:rsidR="001F444D" w:rsidRPr="001F444D" w:rsidRDefault="001F444D" w:rsidP="002850A3">
            <w:pPr>
              <w:jc w:val="center"/>
              <w:rPr>
                <w:sz w:val="28"/>
                <w:szCs w:val="28"/>
                <w:lang w:val="nl-NL"/>
              </w:rPr>
            </w:pPr>
            <w:r w:rsidRPr="001F444D">
              <w:rPr>
                <w:sz w:val="28"/>
                <w:szCs w:val="28"/>
                <w:lang w:val="nl-NL"/>
              </w:rPr>
              <w:t>is gelijk aan</w:t>
            </w:r>
          </w:p>
        </w:tc>
      </w:tr>
      <w:tr w:rsidR="001F444D" w:rsidRPr="00CF73C3" w14:paraId="50C143AF" w14:textId="77777777" w:rsidTr="00046EE1">
        <w:trPr>
          <w:trHeight w:val="1828"/>
        </w:trPr>
        <w:tc>
          <w:tcPr>
            <w:tcW w:w="4727" w:type="dxa"/>
            <w:shd w:val="clear" w:color="auto" w:fill="DDEBF7"/>
          </w:tcPr>
          <w:p w14:paraId="3A3DA657" w14:textId="77777777" w:rsidR="001F444D" w:rsidRPr="001F444D" w:rsidRDefault="001F444D" w:rsidP="002850A3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6A232D19" w14:textId="77777777" w:rsidR="001F444D" w:rsidRDefault="001F444D" w:rsidP="002850A3">
            <w:pPr>
              <w:jc w:val="center"/>
              <w:rPr>
                <w:sz w:val="28"/>
                <w:szCs w:val="28"/>
              </w:rPr>
            </w:pPr>
            <w:proofErr w:type="spellStart"/>
            <w:r w:rsidRPr="006B55BD">
              <w:rPr>
                <w:sz w:val="28"/>
                <w:szCs w:val="28"/>
              </w:rPr>
              <w:t>Bereken</w:t>
            </w:r>
            <w:proofErr w:type="spellEnd"/>
            <w:r w:rsidRPr="006B55BD">
              <w:rPr>
                <w:sz w:val="28"/>
                <w:szCs w:val="28"/>
              </w:rPr>
              <w:t xml:space="preserve"> exact de </w:t>
            </w:r>
            <w:proofErr w:type="spellStart"/>
            <w:r w:rsidRPr="006B55BD">
              <w:rPr>
                <w:sz w:val="28"/>
                <w:szCs w:val="28"/>
              </w:rPr>
              <w:t>oplossingen</w:t>
            </w:r>
            <w:proofErr w:type="spellEnd"/>
            <w:r w:rsidRPr="006B55BD">
              <w:rPr>
                <w:sz w:val="28"/>
                <w:szCs w:val="28"/>
              </w:rPr>
              <w:t xml:space="preserve"> van</w:t>
            </w:r>
          </w:p>
          <w:p w14:paraId="6285FB96" w14:textId="77777777" w:rsidR="001F444D" w:rsidRPr="006B55BD" w:rsidRDefault="001F444D" w:rsidP="002850A3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cos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=2</m:t>
                </m:r>
              </m:oMath>
            </m:oMathPara>
          </w:p>
          <w:p w14:paraId="2A085285" w14:textId="77777777" w:rsidR="001F444D" w:rsidRPr="006B55BD" w:rsidRDefault="001F444D" w:rsidP="002850A3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27" w:type="dxa"/>
            <w:shd w:val="clear" w:color="auto" w:fill="F2DCDB"/>
          </w:tcPr>
          <w:p w14:paraId="49118BB9" w14:textId="77777777" w:rsidR="001F444D" w:rsidRPr="006B55BD" w:rsidRDefault="001F444D" w:rsidP="002850A3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1C528BB7" w14:textId="412A1711" w:rsidR="001F444D" w:rsidRPr="006B55BD" w:rsidRDefault="001F444D" w:rsidP="002850A3">
            <w:pPr>
              <w:jc w:val="center"/>
              <w:rPr>
                <w:color w:val="000000" w:themeColor="text1"/>
                <w:sz w:val="28"/>
                <w:szCs w:val="28"/>
                <w:lang w:val="en-GB"/>
              </w:rPr>
            </w:pPr>
            <w:proofErr w:type="spellStart"/>
            <w:r w:rsidRPr="006B55BD">
              <w:rPr>
                <w:color w:val="000000" w:themeColor="text1"/>
                <w:sz w:val="28"/>
                <w:szCs w:val="28"/>
                <w:lang w:val="en-GB"/>
              </w:rPr>
              <w:t>Primitiveer</w:t>
            </w:r>
            <w:proofErr w:type="spellEnd"/>
            <w:r w:rsidRPr="006B55BD">
              <w:rPr>
                <w:color w:val="000000" w:themeColor="text1"/>
                <w:sz w:val="28"/>
                <w:szCs w:val="28"/>
                <w:lang w:val="en-GB"/>
              </w:rPr>
              <w:t xml:space="preserve"> </w:t>
            </w:r>
            <m:oMath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</w:rPr>
                    <m:t>x</m:t>
                  </m:r>
                </m:e>
              </m:d>
              <m:r>
                <w:rPr>
                  <w:rFonts w:ascii="Cambria Math" w:hAnsi="Cambria Math"/>
                  <w:color w:val="000000" w:themeColor="text1"/>
                  <w:sz w:val="28"/>
                  <w:szCs w:val="28"/>
                  <w:lang w:val="en-GB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  <w:lang w:val="en-GB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  <w:lang w:val="en-GB"/>
                    </w:rPr>
                    <m:t>(</m:t>
                  </m:r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</w:rPr>
                    <m:t>π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8"/>
                          <w:szCs w:val="28"/>
                        </w:rPr>
                        <m:t>x</m:t>
                      </m:r>
                      <m:r>
                        <w:rPr>
                          <w:rFonts w:ascii="Cambria Math" w:hAnsi="Cambria Math"/>
                          <w:color w:val="000000" w:themeColor="text1"/>
                          <w:sz w:val="28"/>
                          <w:szCs w:val="28"/>
                          <w:lang w:val="en-GB"/>
                        </w:rPr>
                        <m:t>-3</m:t>
                      </m:r>
                    </m:e>
                  </m:d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  <w:lang w:val="en-GB"/>
                    </w:rPr>
                    <m:t>)</m:t>
                  </m:r>
                </m:e>
              </m:func>
            </m:oMath>
          </w:p>
        </w:tc>
        <w:tc>
          <w:tcPr>
            <w:tcW w:w="4728" w:type="dxa"/>
            <w:shd w:val="clear" w:color="auto" w:fill="E2EFDA"/>
          </w:tcPr>
          <w:p w14:paraId="06C3BF5F" w14:textId="77777777" w:rsidR="001F444D" w:rsidRPr="001F444D" w:rsidRDefault="001F444D" w:rsidP="002850A3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25C6A554" w14:textId="1E914AF9" w:rsidR="001F444D" w:rsidRPr="001F444D" w:rsidRDefault="001F444D" w:rsidP="002850A3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w:r w:rsidRPr="001F444D">
              <w:rPr>
                <w:color w:val="000000" w:themeColor="text1"/>
                <w:sz w:val="28"/>
                <w:szCs w:val="28"/>
                <w:lang w:val="nl-NL"/>
              </w:rPr>
              <w:t xml:space="preserve">Los exact op </w:t>
            </w:r>
            <m:oMath>
              <m:func>
                <m:funcPr>
                  <m:ctrlP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  <w:lang w:val="nl-NL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8"/>
                          <w:szCs w:val="28"/>
                          <w:lang w:val="nl-NL"/>
                        </w:rPr>
                        <m:t>2</m:t>
                      </m:r>
                      <m:r>
                        <w:rPr>
                          <w:rFonts w:ascii="Cambria Math" w:hAnsi="Cambria Math"/>
                          <w:color w:val="000000" w:themeColor="text1"/>
                          <w:sz w:val="28"/>
                          <w:szCs w:val="28"/>
                          <w:lang w:val="en-GB"/>
                        </w:rPr>
                        <m:t>x</m:t>
                      </m:r>
                    </m:e>
                  </m:d>
                </m:e>
              </m:func>
              <m:r>
                <w:rPr>
                  <w:rFonts w:ascii="Cambria Math" w:hAnsi="Cambria Math"/>
                  <w:color w:val="000000" w:themeColor="text1"/>
                  <w:sz w:val="28"/>
                  <w:szCs w:val="28"/>
                  <w:lang w:val="nl-NL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  <w:lang w:val="nl-NL"/>
                    </w:rPr>
                    <m:t>3</m:t>
                  </m:r>
                </m:e>
              </m:rad>
              <m:func>
                <m:func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  <w:lang w:val="nl-NL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  <w:lang w:val="nl-NL"/>
                    </w:rPr>
                    <m:t>(2</m:t>
                  </m:r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</w:rPr>
                    <m:t>x</m:t>
                  </m:r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  <w:lang w:val="nl-NL"/>
                    </w:rPr>
                    <m:t>)</m:t>
                  </m:r>
                </m:e>
              </m:func>
            </m:oMath>
          </w:p>
        </w:tc>
      </w:tr>
      <w:tr w:rsidR="001F444D" w:rsidRPr="00CF73C3" w14:paraId="7C7340DD" w14:textId="77777777" w:rsidTr="00046EE1">
        <w:trPr>
          <w:trHeight w:val="1912"/>
        </w:trPr>
        <w:tc>
          <w:tcPr>
            <w:tcW w:w="4727" w:type="dxa"/>
            <w:shd w:val="clear" w:color="auto" w:fill="FFF2CC"/>
          </w:tcPr>
          <w:p w14:paraId="46F5F36B" w14:textId="77777777" w:rsidR="001F444D" w:rsidRPr="001F444D" w:rsidRDefault="001F444D" w:rsidP="002850A3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64883C37" w14:textId="77777777" w:rsidR="001F444D" w:rsidRPr="006B55BD" w:rsidRDefault="001F444D" w:rsidP="002850A3">
            <w:pPr>
              <w:jc w:val="center"/>
              <w:rPr>
                <w:sz w:val="28"/>
                <w:szCs w:val="28"/>
              </w:rPr>
            </w:pPr>
            <w:proofErr w:type="spellStart"/>
            <w:r w:rsidRPr="006B55BD">
              <w:rPr>
                <w:sz w:val="28"/>
                <w:szCs w:val="28"/>
              </w:rPr>
              <w:t>Bereken</w:t>
            </w:r>
            <w:proofErr w:type="spellEnd"/>
            <w:r w:rsidRPr="006B55BD">
              <w:rPr>
                <w:sz w:val="28"/>
                <w:szCs w:val="28"/>
              </w:rPr>
              <w:t xml:space="preserve"> exact de </w:t>
            </w:r>
            <w:proofErr w:type="spellStart"/>
            <w:r w:rsidRPr="006B55BD">
              <w:rPr>
                <w:sz w:val="28"/>
                <w:szCs w:val="28"/>
              </w:rPr>
              <w:t>oplossingen</w:t>
            </w:r>
            <w:proofErr w:type="spellEnd"/>
            <w:r w:rsidRPr="006B55BD">
              <w:rPr>
                <w:sz w:val="28"/>
                <w:szCs w:val="28"/>
              </w:rPr>
              <w:t xml:space="preserve"> van</w:t>
            </w:r>
          </w:p>
          <w:p w14:paraId="214E64F2" w14:textId="597AFCD8" w:rsidR="001F444D" w:rsidRPr="006B55BD" w:rsidRDefault="001F444D" w:rsidP="002850A3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=-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3</m:t>
                        </m:r>
                      </m:e>
                    </m:rad>
                  </m:e>
                </m:func>
              </m:oMath>
            </m:oMathPara>
          </w:p>
        </w:tc>
        <w:tc>
          <w:tcPr>
            <w:tcW w:w="4727" w:type="dxa"/>
            <w:shd w:val="clear" w:color="auto" w:fill="DDEBF7"/>
          </w:tcPr>
          <w:p w14:paraId="5E42D5C4" w14:textId="77777777" w:rsidR="001F444D" w:rsidRDefault="001F444D" w:rsidP="002850A3">
            <w:pPr>
              <w:jc w:val="center"/>
              <w:rPr>
                <w:sz w:val="28"/>
                <w:szCs w:val="28"/>
              </w:rPr>
            </w:pPr>
          </w:p>
          <w:p w14:paraId="57835F9F" w14:textId="450F9E3D" w:rsidR="001F444D" w:rsidRPr="00FD736F" w:rsidRDefault="001F444D" w:rsidP="002850A3">
            <w:pPr>
              <w:jc w:val="center"/>
              <w:rPr>
                <w:sz w:val="28"/>
                <w:szCs w:val="28"/>
                <w:lang w:val="nl-NL"/>
              </w:rPr>
            </w:pPr>
            <w:r w:rsidRPr="00FD736F">
              <w:rPr>
                <w:sz w:val="28"/>
                <w:szCs w:val="28"/>
                <w:lang w:val="nl-NL"/>
              </w:rPr>
              <w:t xml:space="preserve">Herleid </w:t>
            </w:r>
            <m:oMath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nl-NL"/>
                        </w:rPr>
                        <m:t>2</m:t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  <w:lang w:val="nl-NL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nl-NL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nl-NL"/>
                            </w:rPr>
                            <m:t>3</m:t>
                          </m:r>
                        </m:den>
                      </m:f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π</m:t>
                      </m:r>
                    </m:e>
                  </m:d>
                </m:e>
              </m:func>
            </m:oMath>
            <w:r w:rsidRPr="00FD736F">
              <w:rPr>
                <w:sz w:val="28"/>
                <w:szCs w:val="28"/>
                <w:lang w:val="nl-NL"/>
              </w:rPr>
              <w:t xml:space="preserve"> tot de vorm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nl-NL"/>
                </w:rPr>
                <m:t>sin⁡</m:t>
              </m:r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>(</m:t>
              </m:r>
              <m:r>
                <w:rPr>
                  <w:rFonts w:ascii="Cambria Math" w:hAnsi="Cambria Math"/>
                  <w:sz w:val="28"/>
                  <w:szCs w:val="28"/>
                </w:rPr>
                <m:t>ax</m:t>
              </m:r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>+</m:t>
              </m:r>
              <m:r>
                <w:rPr>
                  <w:rFonts w:ascii="Cambria Math" w:hAnsi="Cambria Math"/>
                  <w:sz w:val="28"/>
                  <w:szCs w:val="28"/>
                </w:rPr>
                <m:t>b</m:t>
              </m:r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>)</m:t>
              </m:r>
            </m:oMath>
          </w:p>
        </w:tc>
        <w:tc>
          <w:tcPr>
            <w:tcW w:w="4728" w:type="dxa"/>
            <w:shd w:val="clear" w:color="auto" w:fill="F2DCDB"/>
          </w:tcPr>
          <w:p w14:paraId="44E0716D" w14:textId="77777777" w:rsidR="00694D84" w:rsidRDefault="00694D84" w:rsidP="002850A3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0336626E" w14:textId="16548E36" w:rsidR="001F444D" w:rsidRPr="00FD736F" w:rsidRDefault="001F444D" w:rsidP="002850A3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w:r w:rsidRPr="00FD736F">
              <w:rPr>
                <w:color w:val="000000" w:themeColor="text1"/>
                <w:sz w:val="28"/>
                <w:szCs w:val="28"/>
                <w:lang w:val="nl-NL"/>
              </w:rPr>
              <w:t xml:space="preserve">De baan van punt P wordt gegeven door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28"/>
                            <w:szCs w:val="28"/>
                          </w:rPr>
                          <m:t>x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color w:val="000000" w:themeColor="text1"/>
                            <w:sz w:val="28"/>
                            <w:szCs w:val="28"/>
                            <w:lang w:val="nl-NL"/>
                          </w:rPr>
                          <m:t>=-2+3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 w:themeColor="text1"/>
                            <w:sz w:val="28"/>
                            <w:szCs w:val="28"/>
                            <w:lang w:val="nl-NL"/>
                          </w:rPr>
                          <m:t>cos⁡</m:t>
                        </m:r>
                        <m:r>
                          <w:rPr>
                            <w:rFonts w:ascii="Cambria Math" w:hAnsi="Cambria Math"/>
                            <w:color w:val="000000" w:themeColor="text1"/>
                            <w:sz w:val="28"/>
                            <w:szCs w:val="28"/>
                            <w:lang w:val="nl-NL"/>
                          </w:rPr>
                          <m:t>(</m:t>
                        </m:r>
                        <m:r>
                          <w:rPr>
                            <w:rFonts w:ascii="Cambria Math" w:hAnsi="Cambria Math"/>
                            <w:color w:val="000000" w:themeColor="text1"/>
                            <w:sz w:val="28"/>
                            <w:szCs w:val="28"/>
                          </w:rPr>
                          <m:t>t</m:t>
                        </m:r>
                        <m:r>
                          <w:rPr>
                            <w:rFonts w:ascii="Cambria Math" w:hAnsi="Cambria Math"/>
                            <w:color w:val="000000" w:themeColor="text1"/>
                            <w:sz w:val="28"/>
                            <w:szCs w:val="28"/>
                            <w:lang w:val="nl-NL"/>
                          </w:rPr>
                          <m:t>)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28"/>
                            <w:szCs w:val="28"/>
                          </w:rPr>
                          <m:t>y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color w:val="000000" w:themeColor="text1"/>
                            <w:sz w:val="28"/>
                            <w:szCs w:val="28"/>
                            <w:lang w:val="nl-NL"/>
                          </w:rPr>
                          <m:t>=1+3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 w:themeColor="text1"/>
                            <w:sz w:val="28"/>
                            <w:szCs w:val="28"/>
                            <w:lang w:val="nl-NL"/>
                          </w:rPr>
                          <m:t>sin⁡</m:t>
                        </m:r>
                        <m:r>
                          <w:rPr>
                            <w:rFonts w:ascii="Cambria Math" w:hAnsi="Cambria Math"/>
                            <w:color w:val="000000" w:themeColor="text1"/>
                            <w:sz w:val="28"/>
                            <w:szCs w:val="28"/>
                            <w:lang w:val="nl-NL"/>
                          </w:rPr>
                          <m:t>(</m:t>
                        </m:r>
                        <m:r>
                          <w:rPr>
                            <w:rFonts w:ascii="Cambria Math" w:hAnsi="Cambria Math"/>
                            <w:color w:val="000000" w:themeColor="text1"/>
                            <w:sz w:val="28"/>
                            <w:szCs w:val="28"/>
                          </w:rPr>
                          <m:t>t</m:t>
                        </m:r>
                        <m:r>
                          <w:rPr>
                            <w:rFonts w:ascii="Cambria Math" w:hAnsi="Cambria Math"/>
                            <w:color w:val="000000" w:themeColor="text1"/>
                            <w:sz w:val="28"/>
                            <w:szCs w:val="28"/>
                            <w:lang w:val="nl-NL"/>
                          </w:rPr>
                          <m:t>)</m:t>
                        </m:r>
                      </m:e>
                    </m:mr>
                  </m:m>
                </m:e>
              </m:d>
            </m:oMath>
          </w:p>
          <w:p w14:paraId="65F82A14" w14:textId="586AC863" w:rsidR="001F444D" w:rsidRPr="00FD736F" w:rsidRDefault="001F444D" w:rsidP="002850A3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w:r w:rsidRPr="00FD736F">
              <w:rPr>
                <w:color w:val="000000" w:themeColor="text1"/>
                <w:sz w:val="28"/>
                <w:szCs w:val="28"/>
                <w:lang w:val="nl-NL"/>
              </w:rPr>
              <w:t>De vergelijking van deze baan is</w:t>
            </w:r>
          </w:p>
        </w:tc>
      </w:tr>
    </w:tbl>
    <w:p w14:paraId="5D4C6AD6" w14:textId="31E07587" w:rsidR="002708EE" w:rsidRDefault="002708EE" w:rsidP="00FA5B53">
      <w:pPr>
        <w:rPr>
          <w:lang w:val="nl-NL"/>
        </w:rPr>
      </w:pPr>
    </w:p>
    <w:p w14:paraId="0B09773D" w14:textId="77777777" w:rsidR="002708EE" w:rsidRDefault="002708EE">
      <w:pPr>
        <w:rPr>
          <w:lang w:val="nl-NL"/>
        </w:rPr>
      </w:pPr>
      <w:r>
        <w:rPr>
          <w:lang w:val="nl-NL"/>
        </w:rPr>
        <w:br w:type="page"/>
      </w:r>
    </w:p>
    <w:tbl>
      <w:tblPr>
        <w:tblStyle w:val="Tabelraster"/>
        <w:tblpPr w:leftFromText="141" w:rightFromText="141" w:vertAnchor="page" w:horzAnchor="margin" w:tblpXSpec="center" w:tblpY="1933"/>
        <w:tblW w:w="14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7"/>
        <w:gridCol w:w="4727"/>
        <w:gridCol w:w="4728"/>
      </w:tblGrid>
      <w:tr w:rsidR="00FD736F" w:rsidRPr="00FD736F" w14:paraId="44BD8449" w14:textId="77777777" w:rsidTr="00451A15">
        <w:trPr>
          <w:trHeight w:val="1828"/>
        </w:trPr>
        <w:tc>
          <w:tcPr>
            <w:tcW w:w="4727" w:type="dxa"/>
            <w:shd w:val="clear" w:color="auto" w:fill="E2EFDA"/>
          </w:tcPr>
          <w:p w14:paraId="4DB614EE" w14:textId="77777777" w:rsidR="00FD736F" w:rsidRPr="00CF73C3" w:rsidRDefault="00FD736F" w:rsidP="002850A3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5D4DC18E" w14:textId="77777777" w:rsidR="00FD736F" w:rsidRPr="00CF73C3" w:rsidRDefault="00FD736F" w:rsidP="002850A3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053025AC" w14:textId="0B074F4A" w:rsidR="00FD736F" w:rsidRPr="00FD736F" w:rsidRDefault="00FD736F" w:rsidP="002850A3">
            <w:pPr>
              <w:jc w:val="center"/>
              <w:rPr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28"/>
                        <w:szCs w:val="28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x+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28"/>
                        <w:szCs w:val="28"/>
                      </w:rPr>
                      <m:t>4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sin⁡</m:t>
                </m:r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(4x)+C</m:t>
                </m:r>
              </m:oMath>
            </m:oMathPara>
          </w:p>
        </w:tc>
        <w:tc>
          <w:tcPr>
            <w:tcW w:w="4727" w:type="dxa"/>
            <w:shd w:val="clear" w:color="auto" w:fill="FFF2CC"/>
          </w:tcPr>
          <w:p w14:paraId="3279702C" w14:textId="77777777" w:rsidR="00FD736F" w:rsidRPr="006B55BD" w:rsidRDefault="00FD736F" w:rsidP="002850A3">
            <w:pPr>
              <w:jc w:val="center"/>
              <w:rPr>
                <w:sz w:val="28"/>
                <w:szCs w:val="28"/>
                <w:lang w:val="en-GB"/>
              </w:rPr>
            </w:pPr>
          </w:p>
          <w:p w14:paraId="77D11ADA" w14:textId="77777777" w:rsidR="00FD736F" w:rsidRDefault="00FD736F" w:rsidP="002850A3">
            <w:pPr>
              <w:jc w:val="center"/>
              <w:rPr>
                <w:sz w:val="28"/>
                <w:szCs w:val="28"/>
              </w:rPr>
            </w:pPr>
          </w:p>
          <w:p w14:paraId="2321E80A" w14:textId="2C00195A" w:rsidR="00FD736F" w:rsidRPr="00FD736F" w:rsidRDefault="00000000" w:rsidP="002850A3">
            <w:pPr>
              <w:spacing w:after="200" w:line="276" w:lineRule="auto"/>
              <w:jc w:val="center"/>
              <w:rPr>
                <w:lang w:val="nl-NL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den>
                </m:f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e>
                </m:rad>
              </m:oMath>
            </m:oMathPara>
          </w:p>
        </w:tc>
        <w:tc>
          <w:tcPr>
            <w:tcW w:w="4728" w:type="dxa"/>
            <w:shd w:val="clear" w:color="auto" w:fill="DDEBF7"/>
          </w:tcPr>
          <w:p w14:paraId="1AD96ACA" w14:textId="77777777" w:rsidR="00FD736F" w:rsidRDefault="00FD736F" w:rsidP="002850A3">
            <w:pPr>
              <w:jc w:val="center"/>
              <w:rPr>
                <w:sz w:val="28"/>
                <w:szCs w:val="28"/>
              </w:rPr>
            </w:pPr>
          </w:p>
          <w:p w14:paraId="21E279BD" w14:textId="77777777" w:rsidR="00FD736F" w:rsidRPr="007179C8" w:rsidRDefault="00FD736F" w:rsidP="002850A3">
            <w:pPr>
              <w:jc w:val="center"/>
              <w:rPr>
                <w:sz w:val="28"/>
                <w:szCs w:val="28"/>
              </w:rPr>
            </w:pPr>
          </w:p>
          <w:p w14:paraId="66CF9615" w14:textId="0864FD8A" w:rsidR="00FD736F" w:rsidRPr="00FD736F" w:rsidRDefault="00FD736F" w:rsidP="002850A3">
            <w:pPr>
              <w:jc w:val="center"/>
              <w:rPr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f'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3sin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(x)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cos⁡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(x)</m:t>
                </m:r>
              </m:oMath>
            </m:oMathPara>
          </w:p>
        </w:tc>
      </w:tr>
      <w:tr w:rsidR="00FD736F" w:rsidRPr="00FD736F" w14:paraId="02AF9440" w14:textId="77777777" w:rsidTr="00451A15">
        <w:trPr>
          <w:trHeight w:val="1912"/>
        </w:trPr>
        <w:tc>
          <w:tcPr>
            <w:tcW w:w="4727" w:type="dxa"/>
            <w:shd w:val="clear" w:color="auto" w:fill="F2DCDB"/>
          </w:tcPr>
          <w:p w14:paraId="255F3B40" w14:textId="77777777" w:rsidR="00FD736F" w:rsidRPr="00610D6C" w:rsidRDefault="00FD736F" w:rsidP="002850A3">
            <w:pPr>
              <w:jc w:val="center"/>
              <w:rPr>
                <w:sz w:val="28"/>
                <w:szCs w:val="28"/>
              </w:rPr>
            </w:pPr>
          </w:p>
          <w:p w14:paraId="5170CEDB" w14:textId="77777777" w:rsidR="00FD736F" w:rsidRPr="00D77531" w:rsidRDefault="00FD736F" w:rsidP="002850A3">
            <w:pPr>
              <w:jc w:val="center"/>
              <w:rPr>
                <w:sz w:val="28"/>
                <w:szCs w:val="28"/>
              </w:rPr>
            </w:pPr>
          </w:p>
          <w:p w14:paraId="3588CA7F" w14:textId="6FBC81C5" w:rsidR="00FD736F" w:rsidRPr="00FD736F" w:rsidRDefault="00000000" w:rsidP="002850A3">
            <w:pPr>
              <w:jc w:val="center"/>
              <w:rPr>
                <w:sz w:val="28"/>
                <w:szCs w:val="28"/>
                <w:lang w:val="nl-NL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</m:d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>=±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den>
                </m:f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7</m:t>
                    </m:r>
                  </m:e>
                </m:rad>
              </m:oMath>
            </m:oMathPara>
          </w:p>
        </w:tc>
        <w:tc>
          <w:tcPr>
            <w:tcW w:w="4727" w:type="dxa"/>
            <w:shd w:val="clear" w:color="auto" w:fill="E2EFDA"/>
          </w:tcPr>
          <w:p w14:paraId="2DCB5715" w14:textId="77777777" w:rsidR="00FD736F" w:rsidRDefault="00FD736F" w:rsidP="002850A3">
            <w:pPr>
              <w:jc w:val="center"/>
              <w:rPr>
                <w:sz w:val="28"/>
                <w:szCs w:val="28"/>
              </w:rPr>
            </w:pPr>
          </w:p>
          <w:p w14:paraId="6CD8857C" w14:textId="77777777" w:rsidR="00FD736F" w:rsidRPr="00D77531" w:rsidRDefault="00FD736F" w:rsidP="002850A3">
            <w:pPr>
              <w:jc w:val="center"/>
              <w:rPr>
                <w:sz w:val="28"/>
                <w:szCs w:val="28"/>
              </w:rPr>
            </w:pPr>
          </w:p>
          <w:p w14:paraId="5BCD4C24" w14:textId="4985E37A" w:rsidR="00FD736F" w:rsidRPr="00FD736F" w:rsidRDefault="00FD736F" w:rsidP="002850A3">
            <w:pPr>
              <w:jc w:val="center"/>
              <w:rPr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x=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π+k∙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π</m:t>
                </m:r>
              </m:oMath>
            </m:oMathPara>
          </w:p>
        </w:tc>
        <w:tc>
          <w:tcPr>
            <w:tcW w:w="4728" w:type="dxa"/>
            <w:shd w:val="clear" w:color="auto" w:fill="FFF2CC"/>
          </w:tcPr>
          <w:p w14:paraId="30749BDC" w14:textId="77777777" w:rsidR="00FD736F" w:rsidRPr="006B55BD" w:rsidRDefault="00FD736F" w:rsidP="002850A3">
            <w:pPr>
              <w:jc w:val="center"/>
              <w:rPr>
                <w:sz w:val="28"/>
                <w:szCs w:val="28"/>
              </w:rPr>
            </w:pPr>
          </w:p>
          <w:p w14:paraId="048C06EA" w14:textId="77777777" w:rsidR="00FD736F" w:rsidRDefault="00FD736F" w:rsidP="002850A3">
            <w:pPr>
              <w:jc w:val="center"/>
              <w:rPr>
                <w:sz w:val="28"/>
                <w:szCs w:val="28"/>
              </w:rPr>
            </w:pPr>
          </w:p>
          <w:p w14:paraId="6DEEF165" w14:textId="0AF1F722" w:rsidR="00FD736F" w:rsidRPr="00FD736F" w:rsidRDefault="00000000" w:rsidP="002850A3">
            <w:pPr>
              <w:jc w:val="center"/>
              <w:rPr>
                <w:sz w:val="28"/>
                <w:szCs w:val="28"/>
                <w:lang w:val="nl-NL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π</m:t>
                </m:r>
              </m:oMath>
            </m:oMathPara>
          </w:p>
        </w:tc>
      </w:tr>
      <w:tr w:rsidR="00FD736F" w:rsidRPr="00FD736F" w14:paraId="64DCB532" w14:textId="77777777" w:rsidTr="00451A15">
        <w:trPr>
          <w:trHeight w:val="1828"/>
        </w:trPr>
        <w:tc>
          <w:tcPr>
            <w:tcW w:w="4727" w:type="dxa"/>
            <w:shd w:val="clear" w:color="auto" w:fill="DDEBF7"/>
          </w:tcPr>
          <w:p w14:paraId="7FA288B2" w14:textId="77777777" w:rsidR="00FD736F" w:rsidRPr="0069418F" w:rsidRDefault="00FD736F" w:rsidP="002850A3">
            <w:pPr>
              <w:jc w:val="center"/>
              <w:rPr>
                <w:sz w:val="28"/>
                <w:szCs w:val="28"/>
              </w:rPr>
            </w:pPr>
          </w:p>
          <w:p w14:paraId="19632175" w14:textId="77777777" w:rsidR="00FD736F" w:rsidRPr="0069418F" w:rsidRDefault="00FD736F" w:rsidP="002850A3">
            <w:pPr>
              <w:jc w:val="center"/>
              <w:rPr>
                <w:sz w:val="28"/>
                <w:szCs w:val="28"/>
              </w:rPr>
            </w:pPr>
          </w:p>
          <w:p w14:paraId="24D705BD" w14:textId="3C49EC3E" w:rsidR="00FD736F" w:rsidRPr="00FD736F" w:rsidRDefault="00FD736F" w:rsidP="002850A3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x=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+k∙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π</m:t>
                </m:r>
              </m:oMath>
            </m:oMathPara>
          </w:p>
        </w:tc>
        <w:tc>
          <w:tcPr>
            <w:tcW w:w="4727" w:type="dxa"/>
            <w:shd w:val="clear" w:color="auto" w:fill="F2DCDB"/>
          </w:tcPr>
          <w:p w14:paraId="30E232AF" w14:textId="77777777" w:rsidR="00FD736F" w:rsidRPr="006B55BD" w:rsidRDefault="00FD736F" w:rsidP="002850A3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6803D6C3" w14:textId="70BF1FE4" w:rsidR="00FD736F" w:rsidRPr="00FD736F" w:rsidRDefault="00FD736F" w:rsidP="002850A3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  <w:lang w:val="en-GB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  <w:lang w:val="en-GB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8"/>
                        <w:szCs w:val="28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28"/>
                        <w:szCs w:val="28"/>
                        <w:lang w:val="en-GB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28"/>
                        <w:szCs w:val="28"/>
                        <w:lang w:val="en-GB"/>
                      </w:rPr>
                      <m:t>π</m:t>
                    </m:r>
                  </m:den>
                </m:f>
                <m:func>
                  <m:func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8"/>
                        <w:szCs w:val="28"/>
                        <w:lang w:val="en-GB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color w:val="000000" w:themeColor="text1"/>
                        <w:sz w:val="28"/>
                        <w:szCs w:val="28"/>
                        <w:lang w:val="en-GB"/>
                      </w:rPr>
                      <m:t>(</m:t>
                    </m:r>
                    <m:r>
                      <w:rPr>
                        <w:rFonts w:ascii="Cambria Math" w:hAnsi="Cambria Math"/>
                        <w:color w:val="000000" w:themeColor="text1"/>
                        <w:sz w:val="28"/>
                        <w:szCs w:val="28"/>
                      </w:rPr>
                      <m:t>π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28"/>
                            <w:szCs w:val="28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color w:val="000000" w:themeColor="text1"/>
                            <w:sz w:val="28"/>
                            <w:szCs w:val="28"/>
                            <w:lang w:val="en-GB"/>
                          </w:rPr>
                          <m:t>-3</m:t>
                        </m:r>
                      </m:e>
                    </m:d>
                    <m:r>
                      <w:rPr>
                        <w:rFonts w:ascii="Cambria Math" w:hAnsi="Cambria Math"/>
                        <w:color w:val="000000" w:themeColor="text1"/>
                        <w:sz w:val="28"/>
                        <w:szCs w:val="28"/>
                        <w:lang w:val="en-GB"/>
                      </w:rPr>
                      <m:t>)</m:t>
                    </m:r>
                  </m:e>
                </m:func>
              </m:oMath>
            </m:oMathPara>
          </w:p>
        </w:tc>
        <w:tc>
          <w:tcPr>
            <w:tcW w:w="4728" w:type="dxa"/>
            <w:shd w:val="clear" w:color="auto" w:fill="E2EFDA"/>
          </w:tcPr>
          <w:p w14:paraId="6F375022" w14:textId="77777777" w:rsidR="00FD736F" w:rsidRPr="006B55BD" w:rsidRDefault="00FD736F" w:rsidP="002850A3">
            <w:pPr>
              <w:jc w:val="center"/>
              <w:rPr>
                <w:color w:val="000000" w:themeColor="text1"/>
                <w:sz w:val="28"/>
                <w:szCs w:val="28"/>
                <w:lang w:val="en-GB"/>
              </w:rPr>
            </w:pPr>
          </w:p>
          <w:p w14:paraId="7652E309" w14:textId="380A0E2E" w:rsidR="00FD736F" w:rsidRPr="00FD736F" w:rsidRDefault="00FD736F" w:rsidP="002850A3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  <w:lang w:val="en-GB"/>
                  </w:rPr>
                  <m:t>x=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8"/>
                        <w:szCs w:val="28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28"/>
                        <w:szCs w:val="28"/>
                        <w:lang w:val="en-GB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28"/>
                        <w:szCs w:val="28"/>
                        <w:lang w:val="en-GB"/>
                      </w:rPr>
                      <m:t>6</m:t>
                    </m:r>
                  </m:den>
                </m:f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  <w:lang w:val="en-GB"/>
                  </w:rPr>
                  <m:t>π+k∙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8"/>
                        <w:szCs w:val="28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28"/>
                        <w:szCs w:val="28"/>
                        <w:lang w:val="en-GB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28"/>
                        <w:szCs w:val="28"/>
                        <w:lang w:val="en-GB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  <w:lang w:val="en-GB"/>
                  </w:rPr>
                  <m:t>π</m:t>
                </m:r>
              </m:oMath>
            </m:oMathPara>
          </w:p>
        </w:tc>
      </w:tr>
      <w:tr w:rsidR="00FD736F" w:rsidRPr="00FD736F" w14:paraId="0AB55D61" w14:textId="77777777" w:rsidTr="00451A15">
        <w:trPr>
          <w:trHeight w:val="1912"/>
        </w:trPr>
        <w:tc>
          <w:tcPr>
            <w:tcW w:w="4727" w:type="dxa"/>
            <w:shd w:val="clear" w:color="auto" w:fill="FFF2CC"/>
          </w:tcPr>
          <w:p w14:paraId="74CECEDA" w14:textId="77777777" w:rsidR="00FD736F" w:rsidRPr="0069418F" w:rsidRDefault="00FD736F" w:rsidP="002850A3">
            <w:pPr>
              <w:jc w:val="center"/>
              <w:rPr>
                <w:sz w:val="28"/>
                <w:szCs w:val="28"/>
              </w:rPr>
            </w:pPr>
          </w:p>
          <w:p w14:paraId="3CE280B9" w14:textId="77777777" w:rsidR="00FD736F" w:rsidRPr="0069418F" w:rsidRDefault="00FD736F" w:rsidP="002850A3">
            <w:pPr>
              <w:jc w:val="center"/>
              <w:rPr>
                <w:sz w:val="28"/>
                <w:szCs w:val="28"/>
              </w:rPr>
            </w:pPr>
          </w:p>
          <w:p w14:paraId="022032C8" w14:textId="5871190A" w:rsidR="00FD736F" w:rsidRPr="00FD736F" w:rsidRDefault="00FD736F" w:rsidP="002850A3">
            <w:pPr>
              <w:jc w:val="center"/>
              <w:rPr>
                <w:sz w:val="28"/>
                <w:szCs w:val="28"/>
                <w:lang w:val="nl-NL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x=1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π+k∙2π ⋁</m:t>
              </m:r>
            </m:oMath>
            <w:r>
              <w:rPr>
                <w:sz w:val="28"/>
                <w:szCs w:val="28"/>
              </w:rPr>
              <w:t xml:space="preserve"> </w:t>
            </w:r>
            <w:r>
              <w:rPr>
                <w:rFonts w:ascii="Cambria Math" w:hAnsi="Cambria Math"/>
                <w:i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x=1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π+k∙2π</m:t>
              </m:r>
            </m:oMath>
          </w:p>
        </w:tc>
        <w:tc>
          <w:tcPr>
            <w:tcW w:w="4727" w:type="dxa"/>
            <w:shd w:val="clear" w:color="auto" w:fill="DDEBF7"/>
          </w:tcPr>
          <w:p w14:paraId="05DA7AB0" w14:textId="77777777" w:rsidR="00FD736F" w:rsidRDefault="00FD736F" w:rsidP="002850A3">
            <w:pPr>
              <w:jc w:val="center"/>
              <w:rPr>
                <w:sz w:val="28"/>
                <w:szCs w:val="28"/>
              </w:rPr>
            </w:pPr>
          </w:p>
          <w:p w14:paraId="2848E08C" w14:textId="29A1748D" w:rsidR="00FD736F" w:rsidRPr="00FD736F" w:rsidRDefault="00000000" w:rsidP="002850A3">
            <w:pPr>
              <w:jc w:val="center"/>
              <w:rPr>
                <w:sz w:val="28"/>
                <w:szCs w:val="28"/>
                <w:lang w:val="nl-NL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 xml:space="preserve"> </m:t>
                    </m:r>
                  </m:fNam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sin⁡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(2x+1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6</m:t>
                        </m:r>
                      </m:den>
                    </m:f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π)</m:t>
                    </m:r>
                  </m:e>
                </m:func>
              </m:oMath>
            </m:oMathPara>
          </w:p>
        </w:tc>
        <w:tc>
          <w:tcPr>
            <w:tcW w:w="4728" w:type="dxa"/>
            <w:shd w:val="clear" w:color="auto" w:fill="F2DCDB"/>
          </w:tcPr>
          <w:p w14:paraId="32010B0F" w14:textId="77777777" w:rsidR="00FD736F" w:rsidRDefault="00FD736F" w:rsidP="002850A3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6D11FD03" w14:textId="77777777" w:rsidR="00FD736F" w:rsidRPr="002422A0" w:rsidRDefault="00FD736F" w:rsidP="002850A3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0EDB360E" w14:textId="66244FA1" w:rsidR="00FD736F" w:rsidRPr="00FD736F" w:rsidRDefault="00FD736F" w:rsidP="002850A3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c: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  <w:sz w:val="28"/>
                        <w:szCs w:val="28"/>
                      </w:rPr>
                      <m:t>(x+2)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  <w:sz w:val="28"/>
                        <w:szCs w:val="28"/>
                      </w:rPr>
                      <m:t>(y-1)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=9</m:t>
                </m:r>
              </m:oMath>
            </m:oMathPara>
          </w:p>
        </w:tc>
      </w:tr>
    </w:tbl>
    <w:p w14:paraId="36749763" w14:textId="0D1887E4" w:rsidR="00AC737E" w:rsidRPr="005F78E6" w:rsidRDefault="005F78E6" w:rsidP="00FA5B53">
      <w:pPr>
        <w:rPr>
          <w:rFonts w:ascii="Aptos" w:eastAsiaTheme="majorEastAsia" w:hAnsi="Aptos" w:cstheme="majorBidi"/>
          <w:color w:val="000000" w:themeColor="text1"/>
          <w:sz w:val="40"/>
          <w:szCs w:val="40"/>
        </w:rPr>
      </w:pPr>
      <w:proofErr w:type="spellStart"/>
      <w:r w:rsidRPr="005F78E6">
        <w:rPr>
          <w:rFonts w:ascii="Aptos" w:eastAsiaTheme="majorEastAsia" w:hAnsi="Aptos" w:cstheme="majorBidi"/>
          <w:color w:val="000000" w:themeColor="text1"/>
          <w:sz w:val="40"/>
          <w:szCs w:val="40"/>
        </w:rPr>
        <w:t>Antwoorden</w:t>
      </w:r>
      <w:proofErr w:type="spellEnd"/>
    </w:p>
    <w:sectPr w:rsidR="00AC737E" w:rsidRPr="005F78E6" w:rsidSect="002B569B">
      <w:pgSz w:w="15840" w:h="12240" w:orient="landscape"/>
      <w:pgMar w:top="851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16951283">
    <w:abstractNumId w:val="8"/>
  </w:num>
  <w:num w:numId="2" w16cid:durableId="1339307003">
    <w:abstractNumId w:val="6"/>
  </w:num>
  <w:num w:numId="3" w16cid:durableId="1548443883">
    <w:abstractNumId w:val="5"/>
  </w:num>
  <w:num w:numId="4" w16cid:durableId="1941645730">
    <w:abstractNumId w:val="4"/>
  </w:num>
  <w:num w:numId="5" w16cid:durableId="1558085291">
    <w:abstractNumId w:val="7"/>
  </w:num>
  <w:num w:numId="6" w16cid:durableId="1728140441">
    <w:abstractNumId w:val="3"/>
  </w:num>
  <w:num w:numId="7" w16cid:durableId="916669939">
    <w:abstractNumId w:val="2"/>
  </w:num>
  <w:num w:numId="8" w16cid:durableId="1480998992">
    <w:abstractNumId w:val="1"/>
  </w:num>
  <w:num w:numId="9" w16cid:durableId="97874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6EE1"/>
    <w:rsid w:val="0006063C"/>
    <w:rsid w:val="0015074B"/>
    <w:rsid w:val="001F444D"/>
    <w:rsid w:val="002708EE"/>
    <w:rsid w:val="002850A3"/>
    <w:rsid w:val="0029639D"/>
    <w:rsid w:val="002B569B"/>
    <w:rsid w:val="00326F90"/>
    <w:rsid w:val="00331A17"/>
    <w:rsid w:val="005F72C4"/>
    <w:rsid w:val="005F78E6"/>
    <w:rsid w:val="00694D84"/>
    <w:rsid w:val="00826E2C"/>
    <w:rsid w:val="00991087"/>
    <w:rsid w:val="009C7A47"/>
    <w:rsid w:val="00AA1D8D"/>
    <w:rsid w:val="00AC737E"/>
    <w:rsid w:val="00B47730"/>
    <w:rsid w:val="00CB0664"/>
    <w:rsid w:val="00CF73C3"/>
    <w:rsid w:val="00DD662A"/>
    <w:rsid w:val="00FA5B53"/>
    <w:rsid w:val="00FC693F"/>
    <w:rsid w:val="00FD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475354"/>
  <w14:defaultImageDpi w14:val="300"/>
  <w15:docId w15:val="{C1F9D287-F7FE-4D3F-863F-836BAC0FF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</Words>
  <Characters>886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Frederieke van Perlo</cp:lastModifiedBy>
  <cp:revision>7</cp:revision>
  <dcterms:created xsi:type="dcterms:W3CDTF">2025-10-04T10:48:00Z</dcterms:created>
  <dcterms:modified xsi:type="dcterms:W3CDTF">2025-10-04T10:55:00Z</dcterms:modified>
  <cp:category/>
</cp:coreProperties>
</file>