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XSpec="center" w:tblpY="101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0"/>
        <w:gridCol w:w="2920"/>
        <w:gridCol w:w="2920"/>
        <w:gridCol w:w="2920"/>
      </w:tblGrid>
      <w:tr w:rsidR="00FA5B53" w14:paraId="47F1F3A9" w14:textId="77777777" w:rsidTr="00046EE1">
        <w:trPr>
          <w:trHeight w:val="1136"/>
        </w:trPr>
        <w:tc>
          <w:tcPr>
            <w:tcW w:w="2920" w:type="dxa"/>
            <w:shd w:val="clear" w:color="auto" w:fill="FFF2CC"/>
            <w:vAlign w:val="center"/>
          </w:tcPr>
          <w:p w14:paraId="0C59BC04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1 punt</w:t>
            </w:r>
          </w:p>
        </w:tc>
        <w:tc>
          <w:tcPr>
            <w:tcW w:w="2920" w:type="dxa"/>
            <w:shd w:val="clear" w:color="auto" w:fill="DDEBF7"/>
            <w:vAlign w:val="center"/>
          </w:tcPr>
          <w:p w14:paraId="698EAEE1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 xml:space="preserve">2 </w:t>
            </w:r>
            <w:proofErr w:type="spellStart"/>
            <w:r w:rsidRPr="00826E2C">
              <w:rPr>
                <w:rFonts w:ascii="Aptos" w:hAnsi="Aptos"/>
                <w:sz w:val="40"/>
                <w:szCs w:val="40"/>
              </w:rPr>
              <w:t>punten</w:t>
            </w:r>
            <w:proofErr w:type="spellEnd"/>
          </w:p>
        </w:tc>
        <w:tc>
          <w:tcPr>
            <w:tcW w:w="2920" w:type="dxa"/>
            <w:shd w:val="clear" w:color="auto" w:fill="F2DCDB"/>
            <w:vAlign w:val="center"/>
          </w:tcPr>
          <w:p w14:paraId="21D7EE3E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 xml:space="preserve">3 </w:t>
            </w:r>
            <w:proofErr w:type="spellStart"/>
            <w:r w:rsidRPr="00826E2C">
              <w:rPr>
                <w:rFonts w:ascii="Aptos" w:hAnsi="Aptos"/>
                <w:sz w:val="40"/>
                <w:szCs w:val="40"/>
              </w:rPr>
              <w:t>punten</w:t>
            </w:r>
            <w:proofErr w:type="spellEnd"/>
          </w:p>
        </w:tc>
        <w:tc>
          <w:tcPr>
            <w:tcW w:w="2920" w:type="dxa"/>
            <w:shd w:val="clear" w:color="auto" w:fill="E2EFDA"/>
            <w:vAlign w:val="center"/>
          </w:tcPr>
          <w:p w14:paraId="73DB87B4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 xml:space="preserve">4 </w:t>
            </w:r>
            <w:proofErr w:type="spellStart"/>
            <w:r w:rsidRPr="00826E2C">
              <w:rPr>
                <w:rFonts w:ascii="Aptos" w:hAnsi="Aptos"/>
                <w:sz w:val="40"/>
                <w:szCs w:val="40"/>
              </w:rPr>
              <w:t>punten</w:t>
            </w:r>
            <w:proofErr w:type="spellEnd"/>
          </w:p>
        </w:tc>
      </w:tr>
    </w:tbl>
    <w:p w14:paraId="3B4B6FAD" w14:textId="5311BC2B" w:rsidR="00AC737E" w:rsidRPr="00D92AF7" w:rsidRDefault="00AC737E" w:rsidP="00AC737E">
      <w:pPr>
        <w:pStyle w:val="Kop1"/>
        <w:rPr>
          <w:rFonts w:ascii="Aptos" w:hAnsi="Aptos"/>
          <w:b w:val="0"/>
          <w:bCs w:val="0"/>
          <w:color w:val="000000" w:themeColor="text1"/>
          <w:sz w:val="40"/>
          <w:szCs w:val="40"/>
          <w:lang w:val="nl-NL"/>
        </w:rPr>
      </w:pPr>
      <w:r w:rsidRPr="00D92AF7">
        <w:rPr>
          <w:rFonts w:ascii="Aptos" w:hAnsi="Aptos"/>
          <w:b w:val="0"/>
          <w:bCs w:val="0"/>
          <w:color w:val="000000" w:themeColor="text1"/>
          <w:sz w:val="40"/>
          <w:szCs w:val="40"/>
          <w:lang w:val="nl-NL"/>
        </w:rPr>
        <w:t>Kennisactivatieraster</w:t>
      </w:r>
      <w:r w:rsidR="00372BB7">
        <w:rPr>
          <w:rFonts w:ascii="Aptos" w:hAnsi="Aptos"/>
          <w:b w:val="0"/>
          <w:bCs w:val="0"/>
          <w:color w:val="000000" w:themeColor="text1"/>
          <w:sz w:val="40"/>
          <w:szCs w:val="40"/>
          <w:lang w:val="nl-NL"/>
        </w:rPr>
        <w:t xml:space="preserve"> hoofdstuk 1, paragraaf 1 t/m 3</w:t>
      </w:r>
    </w:p>
    <w:tbl>
      <w:tblPr>
        <w:tblStyle w:val="Tabelraster"/>
        <w:tblpPr w:leftFromText="141" w:rightFromText="141" w:vertAnchor="page" w:horzAnchor="margin" w:tblpXSpec="center" w:tblpY="1933"/>
        <w:tblW w:w="14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727"/>
        <w:gridCol w:w="4728"/>
      </w:tblGrid>
      <w:tr w:rsidR="00726AAB" w:rsidRPr="0086170B" w14:paraId="271962F2" w14:textId="77777777" w:rsidTr="00046EE1">
        <w:trPr>
          <w:trHeight w:val="1828"/>
        </w:trPr>
        <w:tc>
          <w:tcPr>
            <w:tcW w:w="4727" w:type="dxa"/>
            <w:shd w:val="clear" w:color="auto" w:fill="E2EFDA"/>
          </w:tcPr>
          <w:p w14:paraId="5712A7C7" w14:textId="77777777" w:rsidR="00726AAB" w:rsidRDefault="00726AAB" w:rsidP="00726AAB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0FD5857F" w14:textId="508651F9" w:rsidR="00513AB8" w:rsidRPr="00513AB8" w:rsidRDefault="008405D6" w:rsidP="00152F01">
            <w:pPr>
              <w:jc w:val="center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 xml:space="preserve">Voor elke waarde van </w:t>
            </w:r>
            <m:oMath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p</m:t>
              </m:r>
            </m:oMath>
            <w:r>
              <w:rPr>
                <w:sz w:val="24"/>
                <w:szCs w:val="24"/>
                <w:lang w:val="nl-NL"/>
              </w:rPr>
              <w:t xml:space="preserve"> is</w:t>
            </w:r>
            <w:r w:rsidR="00152F01">
              <w:rPr>
                <w:sz w:val="24"/>
                <w:szCs w:val="24"/>
                <w:lang w:val="nl-NL"/>
              </w:rPr>
              <w:t xml:space="preserve"> gegeven de functie</w:t>
            </w:r>
            <w:r>
              <w:rPr>
                <w:sz w:val="24"/>
                <w:szCs w:val="24"/>
                <w:lang w:val="nl-NL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nl-NL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nl-NL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nl-NL"/>
                    </w:rPr>
                    <m:t>p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nl-NL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nl-NL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nl-NL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nl-NL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nl-NL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nl-NL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 xml:space="preserve">+px+3. </m:t>
              </m:r>
            </m:oMath>
            <w:r w:rsidR="001E7569">
              <w:rPr>
                <w:sz w:val="24"/>
                <w:szCs w:val="24"/>
                <w:lang w:val="nl-NL"/>
              </w:rPr>
              <w:t xml:space="preserve">Stel de formule op van de kromme waarop alle toppen van de grafieken van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nl-NL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nl-NL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nl-NL"/>
                    </w:rPr>
                    <m:t>p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nl-NL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nl-NL"/>
                    </w:rPr>
                    <m:t>x</m:t>
                  </m:r>
                </m:e>
              </m:d>
            </m:oMath>
            <w:r w:rsidR="001E7569">
              <w:rPr>
                <w:sz w:val="24"/>
                <w:szCs w:val="24"/>
                <w:lang w:val="nl-NL"/>
              </w:rPr>
              <w:t xml:space="preserve"> liggen.</w:t>
            </w:r>
          </w:p>
        </w:tc>
        <w:tc>
          <w:tcPr>
            <w:tcW w:w="4727" w:type="dxa"/>
            <w:shd w:val="clear" w:color="auto" w:fill="FFF2CC"/>
          </w:tcPr>
          <w:p w14:paraId="35BE1679" w14:textId="77777777" w:rsidR="00726AAB" w:rsidRPr="00FF4DF4" w:rsidRDefault="00726AAB" w:rsidP="00726AAB">
            <w:pPr>
              <w:spacing w:after="200" w:line="276" w:lineRule="auto"/>
              <w:jc w:val="center"/>
              <w:rPr>
                <w:sz w:val="24"/>
                <w:szCs w:val="24"/>
                <w:lang w:val="nl-NL"/>
              </w:rPr>
            </w:pPr>
          </w:p>
          <w:p w14:paraId="0D6F123C" w14:textId="42DBDE1A" w:rsidR="0086170B" w:rsidRPr="00FF4DF4" w:rsidRDefault="0086170B" w:rsidP="00726AAB">
            <w:pPr>
              <w:spacing w:after="200" w:line="276" w:lineRule="auto"/>
              <w:jc w:val="center"/>
              <w:rPr>
                <w:sz w:val="24"/>
                <w:szCs w:val="24"/>
                <w:lang w:val="nl-NL"/>
              </w:rPr>
            </w:pPr>
            <w:r w:rsidRPr="00FF4DF4">
              <w:rPr>
                <w:sz w:val="24"/>
                <w:szCs w:val="24"/>
                <w:lang w:val="nl-NL"/>
              </w:rPr>
              <w:t xml:space="preserve">Bereken exact de oplossingen van de vergelijking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nl-NL"/>
                </w:rPr>
                <m:t>(3x-6)(2x+4)=0.</m:t>
              </m:r>
            </m:oMath>
          </w:p>
        </w:tc>
        <w:tc>
          <w:tcPr>
            <w:tcW w:w="4728" w:type="dxa"/>
            <w:shd w:val="clear" w:color="auto" w:fill="DDEBF7"/>
          </w:tcPr>
          <w:p w14:paraId="3710D27B" w14:textId="77777777" w:rsidR="00726AAB" w:rsidRDefault="00726AAB" w:rsidP="00726AAB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46156238" w14:textId="322C3498" w:rsidR="00F46154" w:rsidRPr="00F46154" w:rsidRDefault="00894C64" w:rsidP="00F46154">
            <w:pPr>
              <w:jc w:val="center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Gegeven is de functie</w:t>
            </w:r>
          </w:p>
          <w:p w14:paraId="08CCC19C" w14:textId="64EA8A87" w:rsidR="00F46154" w:rsidRDefault="00894C64" w:rsidP="00F46154">
            <w:pPr>
              <w:jc w:val="center"/>
              <w:rPr>
                <w:sz w:val="24"/>
                <w:szCs w:val="24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nl-NL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nl-NL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nl-NL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  <w:lang w:val="nl-NL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nl-NL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nl-NL"/>
                      </w:rPr>
                      <m:t>3x-2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  <w:lang w:val="nl-NL"/>
                  </w:rPr>
                  <m:t>⋅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nl-NL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nl-NL"/>
                      </w:rPr>
                      <m:t>2x+1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  <w:lang w:val="nl-NL"/>
                  </w:rPr>
                  <m:t>.</m:t>
                </m:r>
              </m:oMath>
            </m:oMathPara>
          </w:p>
          <w:p w14:paraId="791B4B01" w14:textId="0D75CB30" w:rsidR="00894C64" w:rsidRPr="00FF4DF4" w:rsidRDefault="00F46154" w:rsidP="00F46154">
            <w:pPr>
              <w:jc w:val="center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 xml:space="preserve">Bereken exact </w:t>
            </w:r>
            <m:oMath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nl-NL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nl-NL"/>
                    </w:rPr>
                    <m:t>-1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.</m:t>
              </m:r>
            </m:oMath>
          </w:p>
        </w:tc>
      </w:tr>
      <w:tr w:rsidR="00726AAB" w:rsidRPr="002C181A" w14:paraId="6E901F29" w14:textId="77777777" w:rsidTr="00046EE1">
        <w:trPr>
          <w:trHeight w:val="1912"/>
        </w:trPr>
        <w:tc>
          <w:tcPr>
            <w:tcW w:w="4727" w:type="dxa"/>
            <w:shd w:val="clear" w:color="auto" w:fill="F2DCDB"/>
          </w:tcPr>
          <w:p w14:paraId="77C98F26" w14:textId="77777777" w:rsidR="00726AAB" w:rsidRDefault="00726AAB" w:rsidP="00726AAB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13F5A1E1" w14:textId="55EF0DF8" w:rsidR="00420851" w:rsidRPr="00FF4DF4" w:rsidRDefault="00420851" w:rsidP="00726AAB">
            <w:pPr>
              <w:jc w:val="center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 xml:space="preserve">De coördinaten van het knikpunt van de grafiek van </w:t>
            </w:r>
            <m:oMath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h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nl-NL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nl-NL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=2x-3+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nl-NL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nl-NL"/>
                    </w:rPr>
                    <m:t>3x-9</m:t>
                  </m:r>
                </m:e>
              </m:d>
            </m:oMath>
            <w:r w:rsidR="00D3644A">
              <w:rPr>
                <w:sz w:val="24"/>
                <w:szCs w:val="24"/>
                <w:lang w:val="nl-NL"/>
              </w:rPr>
              <w:t xml:space="preserve"> zijn</w:t>
            </w:r>
          </w:p>
        </w:tc>
        <w:tc>
          <w:tcPr>
            <w:tcW w:w="4727" w:type="dxa"/>
            <w:shd w:val="clear" w:color="auto" w:fill="E2EFDA"/>
          </w:tcPr>
          <w:p w14:paraId="26CDC3D6" w14:textId="77777777" w:rsidR="00726AAB" w:rsidRDefault="00726AAB" w:rsidP="00726AAB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514FDE8C" w14:textId="455C1A94" w:rsidR="00152F01" w:rsidRPr="00FF4DF4" w:rsidRDefault="00AE3549" w:rsidP="00726AAB">
            <w:pPr>
              <w:jc w:val="center"/>
              <w:rPr>
                <w:sz w:val="24"/>
                <w:szCs w:val="24"/>
                <w:lang w:val="nl-NL"/>
              </w:rPr>
            </w:pPr>
            <w:r>
              <w:rPr>
                <w:color w:val="000000" w:themeColor="text1"/>
                <w:sz w:val="24"/>
                <w:szCs w:val="24"/>
                <w:lang w:val="nl-NL"/>
              </w:rPr>
              <w:t xml:space="preserve">Voor welke 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p</m:t>
              </m:r>
            </m:oMath>
            <w:r>
              <w:rPr>
                <w:color w:val="000000" w:themeColor="text1"/>
                <w:sz w:val="24"/>
                <w:szCs w:val="24"/>
                <w:lang w:val="nl-NL"/>
              </w:rPr>
              <w:t xml:space="preserve"> heeft de vergelijking     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  <w:lang w:val="nl-NL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nl-NL"/>
                    </w:rPr>
                    <m:t>4x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nl-NL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 xml:space="preserve">-px+4=0 </m:t>
              </m:r>
            </m:oMath>
            <w:r>
              <w:rPr>
                <w:color w:val="000000" w:themeColor="text1"/>
                <w:sz w:val="24"/>
                <w:szCs w:val="24"/>
                <w:lang w:val="nl-NL"/>
              </w:rPr>
              <w:t>twee oplossingen?</w:t>
            </w:r>
          </w:p>
        </w:tc>
        <w:tc>
          <w:tcPr>
            <w:tcW w:w="4728" w:type="dxa"/>
            <w:shd w:val="clear" w:color="auto" w:fill="FFF2CC"/>
          </w:tcPr>
          <w:p w14:paraId="7B6BF7D2" w14:textId="77777777" w:rsidR="00A403C1" w:rsidRPr="00FF4DF4" w:rsidRDefault="00A403C1" w:rsidP="00726AAB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00198857" w14:textId="1406B6E0" w:rsidR="00726AAB" w:rsidRPr="00FF4DF4" w:rsidRDefault="00092A5D" w:rsidP="00726AAB">
            <w:pPr>
              <w:jc w:val="center"/>
              <w:rPr>
                <w:sz w:val="24"/>
                <w:szCs w:val="24"/>
                <w:lang w:val="nl-NL"/>
              </w:rPr>
            </w:pPr>
            <w:r w:rsidRPr="00FF4DF4">
              <w:rPr>
                <w:sz w:val="24"/>
                <w:szCs w:val="24"/>
                <w:lang w:val="nl-NL"/>
              </w:rPr>
              <w:t xml:space="preserve">De lijn </w:t>
            </w:r>
            <m:oMath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l</m:t>
              </m:r>
            </m:oMath>
            <w:r w:rsidRPr="00FF4DF4">
              <w:rPr>
                <w:sz w:val="24"/>
                <w:szCs w:val="24"/>
                <w:lang w:val="nl-NL"/>
              </w:rPr>
              <w:t xml:space="preserve"> gaat door het punt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nl-NL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nl-NL"/>
                    </w:rPr>
                    <m:t>-3,8</m:t>
                  </m:r>
                </m:e>
              </m:d>
            </m:oMath>
            <w:r w:rsidR="00A403C1" w:rsidRPr="00FF4DF4">
              <w:rPr>
                <w:sz w:val="24"/>
                <w:szCs w:val="24"/>
                <w:lang w:val="nl-NL"/>
              </w:rPr>
              <w:t xml:space="preserve"> en is evenwijdig met de lijn </w:t>
            </w:r>
            <m:oMath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k:y=x-3.</m:t>
              </m:r>
            </m:oMath>
            <w:r w:rsidR="00A403C1" w:rsidRPr="00FF4DF4">
              <w:rPr>
                <w:sz w:val="24"/>
                <w:szCs w:val="24"/>
                <w:lang w:val="nl-NL"/>
              </w:rPr>
              <w:t xml:space="preserve"> Stel de vergelijking op van lijn </w:t>
            </w:r>
            <m:oMath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l</m:t>
              </m:r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.</m:t>
              </m:r>
            </m:oMath>
          </w:p>
        </w:tc>
      </w:tr>
      <w:tr w:rsidR="00726AAB" w:rsidRPr="002C181A" w14:paraId="50C143AF" w14:textId="77777777" w:rsidTr="00046EE1">
        <w:trPr>
          <w:trHeight w:val="1828"/>
        </w:trPr>
        <w:tc>
          <w:tcPr>
            <w:tcW w:w="4727" w:type="dxa"/>
            <w:shd w:val="clear" w:color="auto" w:fill="DDEBF7"/>
          </w:tcPr>
          <w:p w14:paraId="2BDE1248" w14:textId="77777777" w:rsidR="00726AAB" w:rsidRPr="00FF4DF4" w:rsidRDefault="00726AAB" w:rsidP="00726AAB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</w:p>
          <w:p w14:paraId="2A085285" w14:textId="174D0922" w:rsidR="00921EE1" w:rsidRPr="00FF4DF4" w:rsidRDefault="00403917" w:rsidP="00726AAB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  <w:r w:rsidRPr="00FF4DF4">
              <w:rPr>
                <w:color w:val="000000" w:themeColor="text1"/>
                <w:sz w:val="24"/>
                <w:szCs w:val="24"/>
                <w:lang w:val="nl-NL"/>
              </w:rPr>
              <w:t xml:space="preserve">Bereken exact de extreme waarde van de functie 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  <w:lang w:val="nl-NL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nl-NL"/>
                    </w:rPr>
                    <m:t>x</m:t>
                  </m:r>
                </m:e>
              </m:d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=-0,6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  <w:lang w:val="nl-NL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nl-NL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nl-NL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+2,4x-1</m:t>
              </m:r>
            </m:oMath>
          </w:p>
        </w:tc>
        <w:tc>
          <w:tcPr>
            <w:tcW w:w="4727" w:type="dxa"/>
            <w:shd w:val="clear" w:color="auto" w:fill="F2DCDB"/>
          </w:tcPr>
          <w:p w14:paraId="3D32B93A" w14:textId="77777777" w:rsidR="00726AAB" w:rsidRDefault="00726AAB" w:rsidP="00726AAB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</w:p>
          <w:p w14:paraId="47EEF0F7" w14:textId="77777777" w:rsidR="00C25170" w:rsidRDefault="003378D1" w:rsidP="00726AAB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color w:val="000000" w:themeColor="text1"/>
                <w:sz w:val="24"/>
                <w:szCs w:val="24"/>
                <w:lang w:val="nl-NL"/>
              </w:rPr>
              <w:t>Bereken exact de oplossing</w:t>
            </w:r>
            <w:r w:rsidR="00C25170">
              <w:rPr>
                <w:color w:val="000000" w:themeColor="text1"/>
                <w:sz w:val="24"/>
                <w:szCs w:val="24"/>
                <w:lang w:val="nl-NL"/>
              </w:rPr>
              <w:t>en:</w:t>
            </w:r>
          </w:p>
          <w:p w14:paraId="1C528BB7" w14:textId="79E4571D" w:rsidR="00B610B4" w:rsidRPr="00FF4DF4" w:rsidRDefault="00000000" w:rsidP="00726AAB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  <w:lang w:val="nl-NL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  <w:lang w:val="nl-NL"/>
                      </w:rPr>
                      <m:t>(2x+1)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  <w:lang w:val="nl-NL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nl-NL"/>
                  </w:rPr>
                  <m:t>=3x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  <w:lang w:val="nl-NL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  <w:lang w:val="nl-NL"/>
                      </w:rPr>
                      <m:t>x+1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nl-NL"/>
                  </w:rPr>
                  <m:t>-x</m:t>
                </m:r>
              </m:oMath>
            </m:oMathPara>
          </w:p>
        </w:tc>
        <w:tc>
          <w:tcPr>
            <w:tcW w:w="4728" w:type="dxa"/>
            <w:shd w:val="clear" w:color="auto" w:fill="E2EFDA"/>
          </w:tcPr>
          <w:p w14:paraId="06D802FA" w14:textId="77777777" w:rsidR="00726AAB" w:rsidRDefault="00726AAB" w:rsidP="00726AAB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</w:p>
          <w:p w14:paraId="25C6A554" w14:textId="06DBF697" w:rsidR="00552A19" w:rsidRPr="00FF4DF4" w:rsidRDefault="00552A19" w:rsidP="00726AAB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color w:val="000000" w:themeColor="text1"/>
                <w:sz w:val="24"/>
                <w:szCs w:val="24"/>
                <w:lang w:val="nl-NL"/>
              </w:rPr>
              <w:t xml:space="preserve">Voor elke waarde van 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 xml:space="preserve">p </m:t>
              </m:r>
            </m:oMath>
            <w:r>
              <w:rPr>
                <w:color w:val="000000" w:themeColor="text1"/>
                <w:sz w:val="24"/>
                <w:szCs w:val="24"/>
                <w:lang w:val="nl-NL"/>
              </w:rPr>
              <w:t xml:space="preserve">is </w:t>
            </w:r>
            <w:r w:rsidR="0095293B">
              <w:rPr>
                <w:color w:val="000000" w:themeColor="text1"/>
                <w:sz w:val="24"/>
                <w:szCs w:val="24"/>
                <w:lang w:val="nl-NL"/>
              </w:rPr>
              <w:t xml:space="preserve">gegeven </w:t>
            </w:r>
            <w:r w:rsidR="00A579E6">
              <w:rPr>
                <w:color w:val="000000" w:themeColor="text1"/>
                <w:sz w:val="24"/>
                <w:szCs w:val="24"/>
                <w:lang w:val="nl-NL"/>
              </w:rPr>
              <w:t>de functie</w:t>
            </w:r>
            <w:r w:rsidR="0095293B">
              <w:rPr>
                <w:color w:val="000000" w:themeColor="text1"/>
                <w:sz w:val="24"/>
                <w:szCs w:val="24"/>
                <w:lang w:val="nl-NL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  <w:lang w:val="nl-NL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nl-NL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nl-NL"/>
                    </w:rPr>
                    <m:t>p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  <w:lang w:val="nl-NL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nl-NL"/>
                    </w:rPr>
                    <m:t>x</m:t>
                  </m:r>
                </m:e>
              </m:d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=-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  <w:lang w:val="nl-NL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nl-NL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nl-NL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 xml:space="preserve">+px+5. </m:t>
              </m:r>
            </m:oMath>
            <w:r w:rsidR="00B46941">
              <w:rPr>
                <w:color w:val="000000" w:themeColor="text1"/>
                <w:sz w:val="24"/>
                <w:szCs w:val="24"/>
                <w:lang w:val="nl-NL"/>
              </w:rPr>
              <w:t xml:space="preserve">Bereken voor welke 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p</m:t>
              </m:r>
            </m:oMath>
            <w:r w:rsidR="00A579E6">
              <w:rPr>
                <w:color w:val="000000" w:themeColor="text1"/>
                <w:sz w:val="24"/>
                <w:szCs w:val="24"/>
                <w:lang w:val="nl-NL"/>
              </w:rPr>
              <w:t xml:space="preserve"> het</w:t>
            </w:r>
            <w:r w:rsidR="00A34555">
              <w:rPr>
                <w:color w:val="000000" w:themeColor="text1"/>
                <w:sz w:val="24"/>
                <w:szCs w:val="24"/>
                <w:lang w:val="nl-NL"/>
              </w:rPr>
              <w:t xml:space="preserve"> maximum gelijk is aan </w:t>
            </w:r>
            <w:r w:rsidR="009C03FE">
              <w:rPr>
                <w:color w:val="000000" w:themeColor="text1"/>
                <w:sz w:val="24"/>
                <w:szCs w:val="24"/>
                <w:lang w:val="nl-NL"/>
              </w:rPr>
              <w:t>9</w:t>
            </w:r>
            <w:r w:rsidR="00A34555">
              <w:rPr>
                <w:color w:val="000000" w:themeColor="text1"/>
                <w:sz w:val="24"/>
                <w:szCs w:val="24"/>
                <w:lang w:val="nl-NL"/>
              </w:rPr>
              <w:t>.</w:t>
            </w:r>
            <w:r w:rsidR="00A579E6">
              <w:rPr>
                <w:color w:val="000000" w:themeColor="text1"/>
                <w:sz w:val="24"/>
                <w:szCs w:val="24"/>
                <w:lang w:val="nl-NL"/>
              </w:rPr>
              <w:t xml:space="preserve"> </w:t>
            </w:r>
          </w:p>
        </w:tc>
      </w:tr>
      <w:tr w:rsidR="00726AAB" w:rsidRPr="002C181A" w14:paraId="7C7340DD" w14:textId="77777777" w:rsidTr="00046EE1">
        <w:trPr>
          <w:trHeight w:val="1912"/>
        </w:trPr>
        <w:tc>
          <w:tcPr>
            <w:tcW w:w="4727" w:type="dxa"/>
            <w:shd w:val="clear" w:color="auto" w:fill="FFF2CC"/>
          </w:tcPr>
          <w:p w14:paraId="0199AD16" w14:textId="77777777" w:rsidR="00092A5D" w:rsidRPr="00FF4DF4" w:rsidRDefault="00092A5D" w:rsidP="00726AAB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214E64F2" w14:textId="1A0A2497" w:rsidR="00726AAB" w:rsidRPr="00FF4DF4" w:rsidRDefault="00907486" w:rsidP="00726AAB">
            <w:pPr>
              <w:jc w:val="center"/>
              <w:rPr>
                <w:sz w:val="24"/>
                <w:szCs w:val="24"/>
                <w:lang w:val="nl-NL"/>
              </w:rPr>
            </w:pPr>
            <w:r w:rsidRPr="00FF4DF4">
              <w:rPr>
                <w:sz w:val="24"/>
                <w:szCs w:val="24"/>
                <w:lang w:val="nl-NL"/>
              </w:rPr>
              <w:t xml:space="preserve">Stel de formule op van lijn </w:t>
            </w:r>
            <m:oMath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k</m:t>
              </m:r>
            </m:oMath>
            <w:r w:rsidRPr="00FF4DF4">
              <w:rPr>
                <w:sz w:val="24"/>
                <w:szCs w:val="24"/>
                <w:lang w:val="nl-NL"/>
              </w:rPr>
              <w:t xml:space="preserve"> door de punten </w:t>
            </w:r>
            <m:oMath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nl-NL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nl-NL"/>
                    </w:rPr>
                    <m:t>-2,3</m:t>
                  </m:r>
                </m:e>
              </m:d>
            </m:oMath>
            <w:r w:rsidR="00EA16E1" w:rsidRPr="00FF4DF4">
              <w:rPr>
                <w:sz w:val="24"/>
                <w:szCs w:val="24"/>
                <w:lang w:val="nl-NL"/>
              </w:rPr>
              <w:t xml:space="preserve"> en </w:t>
            </w:r>
            <m:oMath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B(2,5)</m:t>
              </m:r>
            </m:oMath>
          </w:p>
        </w:tc>
        <w:tc>
          <w:tcPr>
            <w:tcW w:w="4727" w:type="dxa"/>
            <w:shd w:val="clear" w:color="auto" w:fill="DDEBF7"/>
          </w:tcPr>
          <w:p w14:paraId="1A2FD5DD" w14:textId="77777777" w:rsidR="00726AAB" w:rsidRPr="00FF4DF4" w:rsidRDefault="00726AAB" w:rsidP="00726AAB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57835F9F" w14:textId="0F89F4BE" w:rsidR="00163B12" w:rsidRPr="00FF4DF4" w:rsidRDefault="00163B12" w:rsidP="00726AAB">
            <w:pPr>
              <w:jc w:val="center"/>
              <w:rPr>
                <w:sz w:val="24"/>
                <w:szCs w:val="24"/>
                <w:lang w:val="nl-NL"/>
              </w:rPr>
            </w:pPr>
            <w:r w:rsidRPr="00FF4DF4">
              <w:rPr>
                <w:sz w:val="24"/>
                <w:szCs w:val="24"/>
                <w:lang w:val="nl-NL"/>
              </w:rPr>
              <w:t xml:space="preserve">Bereken exact de nulpunten van de functie </w:t>
            </w:r>
            <m:oMath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nl-NL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nl-NL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nl-NL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nl-NL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nl-NL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+x-12</m:t>
              </m:r>
            </m:oMath>
          </w:p>
        </w:tc>
        <w:tc>
          <w:tcPr>
            <w:tcW w:w="4728" w:type="dxa"/>
            <w:shd w:val="clear" w:color="auto" w:fill="F2DCDB"/>
          </w:tcPr>
          <w:p w14:paraId="6AF647C3" w14:textId="77777777" w:rsidR="00726AAB" w:rsidRDefault="00726AAB" w:rsidP="00726AAB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</w:p>
          <w:p w14:paraId="65F82A14" w14:textId="3043C0DD" w:rsidR="00AD380E" w:rsidRPr="00FF4DF4" w:rsidRDefault="00AD380E" w:rsidP="00726AAB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color w:val="000000" w:themeColor="text1"/>
                <w:sz w:val="24"/>
                <w:szCs w:val="24"/>
                <w:lang w:val="nl-NL"/>
              </w:rPr>
              <w:t xml:space="preserve">Voor welke 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p</m:t>
              </m:r>
            </m:oMath>
            <w:r>
              <w:rPr>
                <w:color w:val="000000" w:themeColor="text1"/>
                <w:sz w:val="24"/>
                <w:szCs w:val="24"/>
                <w:lang w:val="nl-NL"/>
              </w:rPr>
              <w:t xml:space="preserve"> heeft de grafiek van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  <w:lang w:val="nl-NL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nl-NL"/>
                    </w:rPr>
                    <m:t xml:space="preserve">     f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nl-NL"/>
                    </w:rPr>
                    <m:t>p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  <w:lang w:val="nl-NL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nl-NL"/>
                    </w:rPr>
                    <m:t>x</m:t>
                  </m:r>
                </m:e>
              </m:d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  <w:lang w:val="nl-NL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nl-NL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nl-NL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+4x+p</m:t>
              </m:r>
            </m:oMath>
            <w:r w:rsidR="00302134">
              <w:rPr>
                <w:color w:val="000000" w:themeColor="text1"/>
                <w:sz w:val="24"/>
                <w:szCs w:val="24"/>
                <w:lang w:val="nl-NL"/>
              </w:rPr>
              <w:t xml:space="preserve"> een negatief minimum?</w:t>
            </w:r>
          </w:p>
        </w:tc>
      </w:tr>
    </w:tbl>
    <w:p w14:paraId="5D4C6AD6" w14:textId="31E07587" w:rsidR="002708EE" w:rsidRDefault="002708EE" w:rsidP="00FA5B53">
      <w:pPr>
        <w:rPr>
          <w:lang w:val="nl-NL"/>
        </w:rPr>
      </w:pPr>
    </w:p>
    <w:p w14:paraId="0B09773D" w14:textId="77777777" w:rsidR="002708EE" w:rsidRDefault="002708EE">
      <w:pPr>
        <w:rPr>
          <w:lang w:val="nl-NL"/>
        </w:rPr>
      </w:pPr>
      <w:r>
        <w:rPr>
          <w:lang w:val="nl-NL"/>
        </w:rPr>
        <w:br w:type="page"/>
      </w:r>
    </w:p>
    <w:tbl>
      <w:tblPr>
        <w:tblStyle w:val="Tabelraster"/>
        <w:tblpPr w:leftFromText="141" w:rightFromText="141" w:vertAnchor="page" w:horzAnchor="margin" w:tblpXSpec="center" w:tblpY="1933"/>
        <w:tblW w:w="14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727"/>
        <w:gridCol w:w="4728"/>
      </w:tblGrid>
      <w:tr w:rsidR="002B732C" w:rsidRPr="00907486" w14:paraId="44BD8449" w14:textId="77777777" w:rsidTr="00451A15">
        <w:trPr>
          <w:trHeight w:val="1828"/>
        </w:trPr>
        <w:tc>
          <w:tcPr>
            <w:tcW w:w="4727" w:type="dxa"/>
            <w:shd w:val="clear" w:color="auto" w:fill="E2EFDA"/>
          </w:tcPr>
          <w:p w14:paraId="7AAFB715" w14:textId="77777777" w:rsidR="002B732C" w:rsidRDefault="002B732C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6B6096AF" w14:textId="77777777" w:rsidR="00FF1BDF" w:rsidRDefault="00FF1BDF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053025AC" w14:textId="257F8995" w:rsidR="00FF1BDF" w:rsidRPr="0086170B" w:rsidRDefault="00FF1BDF" w:rsidP="002B732C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y=-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nl-NL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nl-NL"/>
                      </w:rPr>
                      <m:t>2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nl-NL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nl-NL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nl-NL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+3</m:t>
                </m:r>
              </m:oMath>
            </m:oMathPara>
          </w:p>
        </w:tc>
        <w:tc>
          <w:tcPr>
            <w:tcW w:w="4727" w:type="dxa"/>
            <w:shd w:val="clear" w:color="auto" w:fill="FFF2CC"/>
          </w:tcPr>
          <w:p w14:paraId="7DD6D8C0" w14:textId="77777777" w:rsidR="002B732C" w:rsidRDefault="002B732C" w:rsidP="002B732C">
            <w:pPr>
              <w:spacing w:after="200" w:line="276" w:lineRule="auto"/>
              <w:jc w:val="center"/>
              <w:rPr>
                <w:sz w:val="28"/>
                <w:szCs w:val="28"/>
                <w:lang w:val="nl-NL"/>
              </w:rPr>
            </w:pPr>
          </w:p>
          <w:p w14:paraId="2321E80A" w14:textId="52ABEED4" w:rsidR="00E6675F" w:rsidRPr="0086170B" w:rsidRDefault="00E6675F" w:rsidP="00E6675F">
            <w:pPr>
              <w:spacing w:after="200" w:line="276" w:lineRule="auto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x=2  ⋁  x=-2</m:t>
                </m:r>
              </m:oMath>
            </m:oMathPara>
          </w:p>
        </w:tc>
        <w:tc>
          <w:tcPr>
            <w:tcW w:w="4728" w:type="dxa"/>
            <w:shd w:val="clear" w:color="auto" w:fill="DDEBF7"/>
          </w:tcPr>
          <w:p w14:paraId="0B7D744D" w14:textId="77777777" w:rsidR="002B732C" w:rsidRDefault="002B732C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3A43FFCA" w14:textId="77777777" w:rsidR="0026795F" w:rsidRDefault="0026795F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66CF9615" w14:textId="190EFE3F" w:rsidR="0026795F" w:rsidRPr="0086170B" w:rsidRDefault="0026795F" w:rsidP="002B732C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nl-NL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nl-NL"/>
                      </w:rPr>
                      <m:t>-1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=-5⋅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nl-NL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nl-NL"/>
                      </w:rPr>
                      <m:t>-1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=-5∙1=-5</m:t>
                </m:r>
              </m:oMath>
            </m:oMathPara>
          </w:p>
        </w:tc>
      </w:tr>
      <w:tr w:rsidR="002B732C" w:rsidRPr="00907486" w14:paraId="02AF9440" w14:textId="77777777" w:rsidTr="00451A15">
        <w:trPr>
          <w:trHeight w:val="1912"/>
        </w:trPr>
        <w:tc>
          <w:tcPr>
            <w:tcW w:w="4727" w:type="dxa"/>
            <w:shd w:val="clear" w:color="auto" w:fill="F2DCDB"/>
          </w:tcPr>
          <w:p w14:paraId="1F856628" w14:textId="77777777" w:rsidR="002B732C" w:rsidRDefault="002B732C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109358C5" w14:textId="77777777" w:rsidR="0026795F" w:rsidRDefault="0026795F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3588CA7F" w14:textId="42EBA13A" w:rsidR="0026795F" w:rsidRPr="0086170B" w:rsidRDefault="0026795F" w:rsidP="002B732C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(3,3)</m:t>
                </m:r>
              </m:oMath>
            </m:oMathPara>
          </w:p>
        </w:tc>
        <w:tc>
          <w:tcPr>
            <w:tcW w:w="4727" w:type="dxa"/>
            <w:shd w:val="clear" w:color="auto" w:fill="E2EFDA"/>
          </w:tcPr>
          <w:p w14:paraId="476D7EF9" w14:textId="77777777" w:rsidR="002B732C" w:rsidRDefault="002B732C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5E15080D" w14:textId="77777777" w:rsidR="005469C8" w:rsidRDefault="005469C8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5BCD4C24" w14:textId="26FB48E3" w:rsidR="005469C8" w:rsidRPr="0086170B" w:rsidRDefault="005469C8" w:rsidP="002B732C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p&lt;-8  ⋁  p&gt;8</m:t>
                </m:r>
              </m:oMath>
            </m:oMathPara>
          </w:p>
        </w:tc>
        <w:tc>
          <w:tcPr>
            <w:tcW w:w="4728" w:type="dxa"/>
            <w:shd w:val="clear" w:color="auto" w:fill="FFF2CC"/>
          </w:tcPr>
          <w:p w14:paraId="36BE4E70" w14:textId="77777777" w:rsidR="002B732C" w:rsidRDefault="002B732C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052944CB" w14:textId="77777777" w:rsidR="001E0962" w:rsidRDefault="001E0962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6DEEF165" w14:textId="2534A230" w:rsidR="001E0962" w:rsidRPr="0086170B" w:rsidRDefault="00F96D76" w:rsidP="002B732C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l</m:t>
                </m:r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:y=x+11</m:t>
                </m:r>
              </m:oMath>
            </m:oMathPara>
          </w:p>
        </w:tc>
      </w:tr>
      <w:tr w:rsidR="002B732C" w:rsidRPr="00907486" w14:paraId="64DCB532" w14:textId="77777777" w:rsidTr="00451A15">
        <w:trPr>
          <w:trHeight w:val="1828"/>
        </w:trPr>
        <w:tc>
          <w:tcPr>
            <w:tcW w:w="4727" w:type="dxa"/>
            <w:shd w:val="clear" w:color="auto" w:fill="DDEBF7"/>
          </w:tcPr>
          <w:p w14:paraId="344AA2BD" w14:textId="77777777" w:rsidR="002B732C" w:rsidRDefault="002B732C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1C34C9A6" w14:textId="77777777" w:rsidR="00FF4DF4" w:rsidRDefault="00FF4DF4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24D705BD" w14:textId="08623E4B" w:rsidR="00FF4DF4" w:rsidRPr="0086170B" w:rsidRDefault="006B60CA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>m</w:t>
            </w:r>
            <w:r w:rsidR="00FF4DF4">
              <w:rPr>
                <w:color w:val="000000" w:themeColor="text1"/>
                <w:sz w:val="28"/>
                <w:szCs w:val="28"/>
                <w:lang w:val="nl-NL"/>
              </w:rPr>
              <w:t>ax</w:t>
            </w:r>
            <w:r>
              <w:rPr>
                <w:color w:val="000000" w:themeColor="text1"/>
                <w:sz w:val="28"/>
                <w:szCs w:val="28"/>
                <w:lang w:val="nl-NL"/>
              </w:rPr>
              <w:t xml:space="preserve"> </w:t>
            </w:r>
            <m:oMath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nl-NL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  <w:lang w:val="nl-NL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nl-NL"/>
                    </w:rPr>
                    <m:t>2</m:t>
                  </m:r>
                </m:e>
              </m:d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nl-NL"/>
                </w:rPr>
                <m:t>=1,4</m:t>
              </m:r>
            </m:oMath>
          </w:p>
        </w:tc>
        <w:tc>
          <w:tcPr>
            <w:tcW w:w="4727" w:type="dxa"/>
            <w:shd w:val="clear" w:color="auto" w:fill="F2DCDB"/>
          </w:tcPr>
          <w:p w14:paraId="0AA446DE" w14:textId="77777777" w:rsidR="002B732C" w:rsidRDefault="002B732C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2CFB0BBE" w14:textId="77777777" w:rsidR="00C656B7" w:rsidRDefault="00C656B7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6803D6C3" w14:textId="7B7F9614" w:rsidR="00C656B7" w:rsidRPr="0086170B" w:rsidRDefault="00C656B7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nl-NL"/>
                  </w:rPr>
                  <m:t>x=-1</m:t>
                </m:r>
              </m:oMath>
            </m:oMathPara>
          </w:p>
        </w:tc>
        <w:tc>
          <w:tcPr>
            <w:tcW w:w="4728" w:type="dxa"/>
            <w:shd w:val="clear" w:color="auto" w:fill="E2EFDA"/>
          </w:tcPr>
          <w:p w14:paraId="111F1DA9" w14:textId="77777777" w:rsidR="002B732C" w:rsidRDefault="002B732C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2AB6244E" w14:textId="77777777" w:rsidR="00745935" w:rsidRDefault="00745935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7652E309" w14:textId="29163665" w:rsidR="00745935" w:rsidRPr="0086170B" w:rsidRDefault="00745935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p=-4  ⋁  p=4</m:t>
                </m:r>
              </m:oMath>
            </m:oMathPara>
          </w:p>
        </w:tc>
      </w:tr>
      <w:tr w:rsidR="00B46698" w:rsidRPr="00907486" w14:paraId="0AB55D61" w14:textId="77777777" w:rsidTr="00451A15">
        <w:trPr>
          <w:trHeight w:val="1912"/>
        </w:trPr>
        <w:tc>
          <w:tcPr>
            <w:tcW w:w="4727" w:type="dxa"/>
            <w:shd w:val="clear" w:color="auto" w:fill="FFF2CC"/>
          </w:tcPr>
          <w:p w14:paraId="1BF5BF50" w14:textId="77777777" w:rsidR="00B46698" w:rsidRDefault="00B46698" w:rsidP="00B46698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03993F7E" w14:textId="77777777" w:rsidR="0027322C" w:rsidRDefault="0027322C" w:rsidP="00B46698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022032C8" w14:textId="2A933B88" w:rsidR="0027322C" w:rsidRPr="0086170B" w:rsidRDefault="0027322C" w:rsidP="00B46698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k:y=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nl-NL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nl-NL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x+4</m:t>
                </m:r>
              </m:oMath>
            </m:oMathPara>
          </w:p>
        </w:tc>
        <w:tc>
          <w:tcPr>
            <w:tcW w:w="4727" w:type="dxa"/>
            <w:shd w:val="clear" w:color="auto" w:fill="DDEBF7"/>
          </w:tcPr>
          <w:p w14:paraId="7F550F3D" w14:textId="77777777" w:rsidR="00B46698" w:rsidRDefault="00B46698" w:rsidP="00B46698">
            <w:pPr>
              <w:spacing w:after="200" w:line="276" w:lineRule="auto"/>
              <w:jc w:val="center"/>
              <w:rPr>
                <w:sz w:val="28"/>
                <w:szCs w:val="28"/>
                <w:lang w:val="nl-NL"/>
              </w:rPr>
            </w:pPr>
          </w:p>
          <w:p w14:paraId="2848E08C" w14:textId="49933FD3" w:rsidR="00B46698" w:rsidRPr="0086170B" w:rsidRDefault="00B46698" w:rsidP="00B46698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x=-4  ⋁  x=3</m:t>
                </m:r>
              </m:oMath>
            </m:oMathPara>
          </w:p>
        </w:tc>
        <w:tc>
          <w:tcPr>
            <w:tcW w:w="4728" w:type="dxa"/>
            <w:shd w:val="clear" w:color="auto" w:fill="F2DCDB"/>
          </w:tcPr>
          <w:p w14:paraId="740B5D63" w14:textId="77777777" w:rsidR="00B46698" w:rsidRDefault="00B46698" w:rsidP="00B46698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7572B571" w14:textId="77777777" w:rsidR="00314AA8" w:rsidRDefault="00314AA8" w:rsidP="00B46698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0EDB360E" w14:textId="59489ABD" w:rsidR="00314AA8" w:rsidRPr="0086170B" w:rsidRDefault="00D56EA2" w:rsidP="00B46698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nl-NL"/>
                  </w:rPr>
                  <m:t>p&lt;4</m:t>
                </m:r>
              </m:oMath>
            </m:oMathPara>
          </w:p>
        </w:tc>
      </w:tr>
    </w:tbl>
    <w:p w14:paraId="36749763" w14:textId="0D1887E4" w:rsidR="00AC737E" w:rsidRPr="005F78E6" w:rsidRDefault="005F78E6" w:rsidP="00FA5B53">
      <w:pPr>
        <w:rPr>
          <w:rFonts w:ascii="Aptos" w:eastAsiaTheme="majorEastAsia" w:hAnsi="Aptos" w:cstheme="majorBidi"/>
          <w:color w:val="000000" w:themeColor="text1"/>
          <w:sz w:val="40"/>
          <w:szCs w:val="40"/>
        </w:rPr>
      </w:pPr>
      <w:proofErr w:type="spellStart"/>
      <w:r w:rsidRPr="005F78E6">
        <w:rPr>
          <w:rFonts w:ascii="Aptos" w:eastAsiaTheme="majorEastAsia" w:hAnsi="Aptos" w:cstheme="majorBidi"/>
          <w:color w:val="000000" w:themeColor="text1"/>
          <w:sz w:val="40"/>
          <w:szCs w:val="40"/>
        </w:rPr>
        <w:t>Antwoorden</w:t>
      </w:r>
      <w:proofErr w:type="spellEnd"/>
    </w:p>
    <w:sectPr w:rsidR="00AC737E" w:rsidRPr="005F78E6" w:rsidSect="002B569B">
      <w:pgSz w:w="15840" w:h="12240" w:orient="landscape"/>
      <w:pgMar w:top="851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6951283">
    <w:abstractNumId w:val="8"/>
  </w:num>
  <w:num w:numId="2" w16cid:durableId="1339307003">
    <w:abstractNumId w:val="6"/>
  </w:num>
  <w:num w:numId="3" w16cid:durableId="1548443883">
    <w:abstractNumId w:val="5"/>
  </w:num>
  <w:num w:numId="4" w16cid:durableId="1941645730">
    <w:abstractNumId w:val="4"/>
  </w:num>
  <w:num w:numId="5" w16cid:durableId="1558085291">
    <w:abstractNumId w:val="7"/>
  </w:num>
  <w:num w:numId="6" w16cid:durableId="1728140441">
    <w:abstractNumId w:val="3"/>
  </w:num>
  <w:num w:numId="7" w16cid:durableId="916669939">
    <w:abstractNumId w:val="2"/>
  </w:num>
  <w:num w:numId="8" w16cid:durableId="1480998992">
    <w:abstractNumId w:val="1"/>
  </w:num>
  <w:num w:numId="9" w16cid:durableId="97874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6EE1"/>
    <w:rsid w:val="0006063C"/>
    <w:rsid w:val="00076352"/>
    <w:rsid w:val="00092A5D"/>
    <w:rsid w:val="0015074B"/>
    <w:rsid w:val="00152F01"/>
    <w:rsid w:val="00162F8D"/>
    <w:rsid w:val="00163B12"/>
    <w:rsid w:val="001E0962"/>
    <w:rsid w:val="001E7569"/>
    <w:rsid w:val="0026795F"/>
    <w:rsid w:val="002708EE"/>
    <w:rsid w:val="0027322C"/>
    <w:rsid w:val="0029639D"/>
    <w:rsid w:val="002B569B"/>
    <w:rsid w:val="002B732C"/>
    <w:rsid w:val="002C181A"/>
    <w:rsid w:val="00302134"/>
    <w:rsid w:val="00302DEC"/>
    <w:rsid w:val="00314AA8"/>
    <w:rsid w:val="00326F90"/>
    <w:rsid w:val="00331A17"/>
    <w:rsid w:val="003378D1"/>
    <w:rsid w:val="00372BB7"/>
    <w:rsid w:val="003F7536"/>
    <w:rsid w:val="00403917"/>
    <w:rsid w:val="00420851"/>
    <w:rsid w:val="00466531"/>
    <w:rsid w:val="0047121D"/>
    <w:rsid w:val="00513AB8"/>
    <w:rsid w:val="005469C8"/>
    <w:rsid w:val="00552A19"/>
    <w:rsid w:val="005E0CFC"/>
    <w:rsid w:val="005F72C4"/>
    <w:rsid w:val="005F78E6"/>
    <w:rsid w:val="00613848"/>
    <w:rsid w:val="00662424"/>
    <w:rsid w:val="0067396C"/>
    <w:rsid w:val="006B4742"/>
    <w:rsid w:val="006B60CA"/>
    <w:rsid w:val="006F4319"/>
    <w:rsid w:val="006F6261"/>
    <w:rsid w:val="00726AAB"/>
    <w:rsid w:val="0074293C"/>
    <w:rsid w:val="00745935"/>
    <w:rsid w:val="007A4F60"/>
    <w:rsid w:val="0082065A"/>
    <w:rsid w:val="00826E2C"/>
    <w:rsid w:val="008405D6"/>
    <w:rsid w:val="0086170B"/>
    <w:rsid w:val="008766B0"/>
    <w:rsid w:val="00894C64"/>
    <w:rsid w:val="008B3D54"/>
    <w:rsid w:val="00907486"/>
    <w:rsid w:val="00921EE1"/>
    <w:rsid w:val="009379E0"/>
    <w:rsid w:val="0095293B"/>
    <w:rsid w:val="00995C24"/>
    <w:rsid w:val="009C03FE"/>
    <w:rsid w:val="009C7A47"/>
    <w:rsid w:val="00A34555"/>
    <w:rsid w:val="00A403C1"/>
    <w:rsid w:val="00A579E6"/>
    <w:rsid w:val="00AA1D8D"/>
    <w:rsid w:val="00AC737E"/>
    <w:rsid w:val="00AD12F1"/>
    <w:rsid w:val="00AD380E"/>
    <w:rsid w:val="00AE3549"/>
    <w:rsid w:val="00B46698"/>
    <w:rsid w:val="00B46941"/>
    <w:rsid w:val="00B47730"/>
    <w:rsid w:val="00B610B4"/>
    <w:rsid w:val="00B622F3"/>
    <w:rsid w:val="00C2457B"/>
    <w:rsid w:val="00C25170"/>
    <w:rsid w:val="00C656B7"/>
    <w:rsid w:val="00C70708"/>
    <w:rsid w:val="00C8290E"/>
    <w:rsid w:val="00CB0664"/>
    <w:rsid w:val="00CE202B"/>
    <w:rsid w:val="00CE70D4"/>
    <w:rsid w:val="00D3644A"/>
    <w:rsid w:val="00D56EA2"/>
    <w:rsid w:val="00D92AF7"/>
    <w:rsid w:val="00DC4748"/>
    <w:rsid w:val="00DD662A"/>
    <w:rsid w:val="00E33F7A"/>
    <w:rsid w:val="00E6675F"/>
    <w:rsid w:val="00E77913"/>
    <w:rsid w:val="00EA16E1"/>
    <w:rsid w:val="00F46154"/>
    <w:rsid w:val="00F96D76"/>
    <w:rsid w:val="00FA5B53"/>
    <w:rsid w:val="00FC693F"/>
    <w:rsid w:val="00FF1BDF"/>
    <w:rsid w:val="00FF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475354"/>
  <w14:defaultImageDpi w14:val="300"/>
  <w15:docId w15:val="{C1F9D287-F7FE-4D3F-863F-836BAC0F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90748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207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Frederieke van Perlo</cp:lastModifiedBy>
  <cp:revision>62</cp:revision>
  <cp:lastPrinted>2025-10-16T07:47:00Z</cp:lastPrinted>
  <dcterms:created xsi:type="dcterms:W3CDTF">2025-10-05T15:25:00Z</dcterms:created>
  <dcterms:modified xsi:type="dcterms:W3CDTF">2025-10-16T07:48:00Z</dcterms:modified>
  <cp:category/>
</cp:coreProperties>
</file>